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i w:val="0"/>
          <w:color w:val="0E7C86"/>
          <w:sz w:val="22"/>
        </w:rPr>
        <w:t>CHAPTER 1  ·  UNDERSTANDING BUSINESS ACTIVITY</w:t>
      </w:r>
    </w:p>
    <w:p>
      <w:pPr>
        <w:spacing w:after="80"/>
      </w:pPr>
      <w:r>
        <w:rPr>
          <w:b/>
          <w:i w:val="0"/>
          <w:color w:val="1F3A5F"/>
          <w:sz w:val="52"/>
        </w:rPr>
        <w:t>Part 1 Practice Paper with Model Answers</w:t>
      </w:r>
    </w:p>
    <w:p>
      <w:pPr>
        <w:spacing w:after="280"/>
      </w:pPr>
      <w:r>
        <w:rPr>
          <w:b w:val="0"/>
          <w:i/>
          <w:color w:val="555555"/>
          <w:sz w:val="24"/>
        </w:rPr>
        <w:t>Business activity and economic sectors (syllabus 1.1–1.2). Full-mark answers, colour-coded by the skill each sentence earns.</w:t>
      </w:r>
    </w:p>
    <w:p>
      <w:r>
        <w:rPr>
          <w:b/>
        </w:rPr>
        <w:t xml:space="preserve">Colour key:  </w:t>
      </w:r>
      <w:r>
        <w:rPr>
          <w:b/>
          <w:color w:val="2F6FB5"/>
        </w:rPr>
        <w:t xml:space="preserve">[k] knowledge   </w:t>
      </w:r>
      <w:r>
        <w:rPr>
          <w:b/>
          <w:color w:val="0E7C86"/>
        </w:rPr>
        <w:t xml:space="preserve">[app] application   </w:t>
      </w:r>
      <w:r>
        <w:rPr>
          <w:b/>
          <w:color w:val="B77D0B"/>
        </w:rPr>
        <w:t xml:space="preserve">[an] analysis   </w:t>
      </w:r>
      <w:r>
        <w:rPr>
          <w:b/>
          <w:color w:val="2E8B57"/>
        </w:rPr>
        <w:t xml:space="preserve">[eval] evaluation   </w:t>
      </w:r>
    </w:p>
    <w:p>
      <w:pPr>
        <w:spacing w:after="120"/>
      </w:pPr>
      <w:r>
        <w:rPr>
          <w:b/>
          <w:i w:val="0"/>
          <w:color w:val="1F3A5F"/>
          <w:sz w:val="28"/>
        </w:rPr>
        <w:t>Section A  Key-term drill (2 marks each)</w:t>
      </w:r>
    </w:p>
    <w:p>
      <w:pPr>
        <w:spacing w:after="20"/>
      </w:pPr>
      <w:r>
        <w:rPr>
          <w:b/>
          <w:i w:val="0"/>
          <w:sz w:val="22"/>
        </w:rPr>
        <w:t>A1  Define ‘Scarcity’.</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When there are not enough resources (goods, services or factors of production) to satisfy everyone’s unlimited wants.</w:t>
            </w:r>
            <w:r>
              <w:rPr>
                <w:b/>
                <w:color w:val="2F6FB5"/>
                <w:sz w:val="16"/>
              </w:rPr>
              <w:t xml:space="preserve"> [k]</w:t>
            </w:r>
          </w:p>
        </w:tc>
      </w:tr>
    </w:tbl>
    <w:p/>
    <w:p>
      <w:pPr>
        <w:spacing w:after="20"/>
      </w:pPr>
      <w:r>
        <w:rPr>
          <w:b/>
          <w:i w:val="0"/>
          <w:sz w:val="22"/>
        </w:rPr>
        <w:t>A2  Define ‘Opportunity cost’.</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The next best alternative given up when a choice is made.</w:t>
            </w:r>
            <w:r>
              <w:rPr>
                <w:b/>
                <w:color w:val="2F6FB5"/>
                <w:sz w:val="16"/>
              </w:rPr>
              <w:t xml:space="preserve"> [k]</w:t>
            </w:r>
          </w:p>
        </w:tc>
      </w:tr>
    </w:tbl>
    <w:p/>
    <w:p>
      <w:pPr>
        <w:spacing w:after="20"/>
      </w:pPr>
      <w:r>
        <w:rPr>
          <w:b/>
          <w:i w:val="0"/>
          <w:sz w:val="22"/>
        </w:rPr>
        <w:t>A3  Define ‘Factors of production’.</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The resources needed to produce goods and services: land, labour, capital and enterprise.</w:t>
            </w:r>
            <w:r>
              <w:rPr>
                <w:b/>
                <w:color w:val="2F6FB5"/>
                <w:sz w:val="16"/>
              </w:rPr>
              <w:t xml:space="preserve"> [k]</w:t>
            </w:r>
          </w:p>
        </w:tc>
      </w:tr>
    </w:tbl>
    <w:p/>
    <w:p>
      <w:pPr>
        <w:spacing w:after="20"/>
      </w:pPr>
      <w:r>
        <w:rPr>
          <w:b/>
          <w:i w:val="0"/>
          <w:sz w:val="22"/>
        </w:rPr>
        <w:t>A4  Define ‘Specialisation’.</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When people, businesses or regions concentrate on producing the goods or tasks they are best at.</w:t>
            </w:r>
            <w:r>
              <w:rPr>
                <w:b/>
                <w:color w:val="2F6FB5"/>
                <w:sz w:val="16"/>
              </w:rPr>
              <w:t xml:space="preserve"> [k]</w:t>
            </w:r>
          </w:p>
        </w:tc>
      </w:tr>
    </w:tbl>
    <w:p/>
    <w:p>
      <w:pPr>
        <w:spacing w:after="20"/>
      </w:pPr>
      <w:r>
        <w:rPr>
          <w:b/>
          <w:i w:val="0"/>
          <w:sz w:val="22"/>
        </w:rPr>
        <w:t>A5  Define ‘Division of labour’.</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When the production process is split into separate tasks, with each worker doing one task.</w:t>
            </w:r>
            <w:r>
              <w:rPr>
                <w:b/>
                <w:color w:val="2F6FB5"/>
                <w:sz w:val="16"/>
              </w:rPr>
              <w:t xml:space="preserve"> [k]</w:t>
            </w:r>
          </w:p>
        </w:tc>
      </w:tr>
    </w:tbl>
    <w:p/>
    <w:p>
      <w:pPr>
        <w:spacing w:after="20"/>
      </w:pPr>
      <w:r>
        <w:rPr>
          <w:b/>
          <w:i w:val="0"/>
          <w:sz w:val="22"/>
        </w:rPr>
        <w:t>A6  Define ‘Added value’.</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The difference between the selling price of a product and the cost of the bought-in materials and components used to make it.</w:t>
            </w:r>
            <w:r>
              <w:rPr>
                <w:b/>
                <w:color w:val="2F6FB5"/>
                <w:sz w:val="16"/>
              </w:rPr>
              <w:t xml:space="preserve"> [k]</w:t>
            </w:r>
          </w:p>
        </w:tc>
      </w:tr>
    </w:tbl>
    <w:p/>
    <w:p>
      <w:pPr>
        <w:spacing w:after="20"/>
      </w:pPr>
      <w:r>
        <w:rPr>
          <w:b/>
          <w:i w:val="0"/>
          <w:sz w:val="22"/>
        </w:rPr>
        <w:t>A7  Define ‘Social enterprise’.</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A business with social objectives that reinvests its surplus to achieve them, rather than paying it all to owners.</w:t>
            </w:r>
            <w:r>
              <w:rPr>
                <w:b/>
                <w:color w:val="2F6FB5"/>
                <w:sz w:val="16"/>
              </w:rPr>
              <w:t xml:space="preserve"> [k]</w:t>
            </w:r>
          </w:p>
        </w:tc>
      </w:tr>
    </w:tbl>
    <w:p/>
    <w:p>
      <w:pPr>
        <w:spacing w:after="20"/>
      </w:pPr>
      <w:r>
        <w:rPr>
          <w:b/>
          <w:i w:val="0"/>
          <w:sz w:val="22"/>
        </w:rPr>
        <w:t>A8  Define ‘Primary sector’.</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Business activity that extracts or harvests natural resources, e.g. farming, fishing, mining, forestry.</w:t>
            </w:r>
            <w:r>
              <w:rPr>
                <w:b/>
                <w:color w:val="2F6FB5"/>
                <w:sz w:val="16"/>
              </w:rPr>
              <w:t xml:space="preserve"> [k]</w:t>
            </w:r>
          </w:p>
        </w:tc>
      </w:tr>
    </w:tbl>
    <w:p/>
    <w:p>
      <w:pPr>
        <w:spacing w:after="20"/>
      </w:pPr>
      <w:r>
        <w:rPr>
          <w:b/>
          <w:i w:val="0"/>
          <w:sz w:val="22"/>
        </w:rPr>
        <w:t>A9  Define ‘Secondary sector’.</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Business activity that manufactures or processes raw materials into finished or semi-finished goods, including construction.</w:t>
            </w:r>
            <w:r>
              <w:rPr>
                <w:b/>
                <w:color w:val="2F6FB5"/>
                <w:sz w:val="16"/>
              </w:rPr>
              <w:t xml:space="preserve"> [k]</w:t>
            </w:r>
          </w:p>
        </w:tc>
      </w:tr>
    </w:tbl>
    <w:p/>
    <w:p>
      <w:pPr>
        <w:spacing w:after="20"/>
      </w:pPr>
      <w:r>
        <w:rPr>
          <w:b/>
          <w:i w:val="0"/>
          <w:sz w:val="22"/>
        </w:rPr>
        <w:t>A10  Define ‘Tertiary sector’.</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Business activity that provides services to consumers and other businesses.</w:t>
            </w:r>
            <w:r>
              <w:rPr>
                <w:b/>
                <w:color w:val="2F6FB5"/>
                <w:sz w:val="16"/>
              </w:rPr>
              <w:t xml:space="preserve"> [k]</w:t>
            </w:r>
          </w:p>
        </w:tc>
      </w:tr>
    </w:tbl>
    <w:p/>
    <w:p>
      <w:pPr>
        <w:spacing w:after="20"/>
      </w:pPr>
      <w:r>
        <w:rPr>
          <w:b/>
          <w:i w:val="0"/>
          <w:sz w:val="22"/>
        </w:rPr>
        <w:t>A11  Define ‘Private sector’.</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Businesses owned and controlled by individuals or groups of individuals, usually aiming for profit.</w:t>
            </w:r>
            <w:r>
              <w:rPr>
                <w:b/>
                <w:color w:val="2F6FB5"/>
                <w:sz w:val="16"/>
              </w:rPr>
              <w:t xml:space="preserve"> [k]</w:t>
            </w:r>
          </w:p>
        </w:tc>
      </w:tr>
    </w:tbl>
    <w:p/>
    <w:p>
      <w:pPr>
        <w:spacing w:after="20"/>
      </w:pPr>
      <w:r>
        <w:rPr>
          <w:b/>
          <w:i w:val="0"/>
          <w:sz w:val="22"/>
        </w:rPr>
        <w:t>A12  Define ‘Public sector’.</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Organisations owned and controlled by the government (state).</w:t>
            </w:r>
            <w:r>
              <w:rPr>
                <w:b/>
                <w:color w:val="2F6FB5"/>
                <w:sz w:val="16"/>
              </w:rPr>
              <w:t xml:space="preserve"> [k]</w:t>
            </w:r>
          </w:p>
        </w:tc>
      </w:tr>
    </w:tbl>
    <w:p/>
    <w:p>
      <w:pPr>
        <w:spacing w:after="20"/>
      </w:pPr>
      <w:r>
        <w:rPr>
          <w:b/>
          <w:i w:val="0"/>
          <w:sz w:val="22"/>
        </w:rPr>
        <w:t>A13  Define ‘Mixed economy’.</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An economy in which resources are owned and allocated by both the private sector and the public sector.</w:t>
            </w:r>
            <w:r>
              <w:rPr>
                <w:b/>
                <w:color w:val="2F6FB5"/>
                <w:sz w:val="16"/>
              </w:rPr>
              <w:t xml:space="preserve"> [k]</w:t>
            </w:r>
          </w:p>
        </w:tc>
      </w:tr>
    </w:tbl>
    <w:p/>
    <w:p>
      <w:r>
        <w:br w:type="page"/>
      </w:r>
    </w:p>
    <w:p>
      <w:pPr>
        <w:spacing w:after="120"/>
      </w:pPr>
      <w:r>
        <w:rPr>
          <w:b/>
          <w:i w:val="0"/>
          <w:color w:val="1F3A5F"/>
          <w:sz w:val="28"/>
        </w:rPr>
        <w:t>Section B  Paper 1 style: short answer and data response (40 marks)</w:t>
      </w:r>
    </w:p>
    <w:p>
      <w:pPr>
        <w:spacing w:after="40"/>
      </w:pPr>
      <w:r>
        <w:rPr>
          <w:b/>
          <w:i w:val="0"/>
          <w:color w:val="0E7C86"/>
          <w:sz w:val="24"/>
        </w:rPr>
        <w:t>Question 1</w:t>
      </w:r>
    </w:p>
    <w:p>
      <w:pPr>
        <w:spacing w:after="120"/>
      </w:pPr>
      <w:r>
        <w:rPr>
          <w:b w:val="0"/>
          <w:i w:val="0"/>
          <w:sz w:val="22"/>
        </w:rPr>
        <w:t>KFB is a family business in country Z. It buys mangoes from local farmers and turns them into bottled juice in a small factory. Each of KFB’s 30 factory workers does one task only, such as washing fruit, filling bottles or labelling. The owner, Kamal, wants to increase added value. He said: ‘Our juice is popular, but supermarkets keep pushing our price down. I could charge more if our bottles looked more attractive.’</w:t>
      </w:r>
    </w:p>
    <w:p>
      <w:pPr>
        <w:spacing w:after="40"/>
      </w:pPr>
      <w:r>
        <w:rPr>
          <w:b/>
          <w:i w:val="0"/>
          <w:sz w:val="20"/>
        </w:rPr>
        <w:t>Table 1.1: Price and cost data for one bottle of KFB juice</w:t>
      </w:r>
    </w:p>
    <w:tbl>
      <w:tblPr>
        <w:tblStyle w:val="TableGrid"/>
        <w:tblW w:type="auto" w:w="0"/>
        <w:tblLook w:firstColumn="1" w:firstRow="1" w:lastColumn="0" w:lastRow="0" w:noHBand="0" w:noVBand="1" w:val="04A0"/>
      </w:tblPr>
      <w:tblGrid>
        <w:gridCol w:w="4873"/>
        <w:gridCol w:w="4873"/>
      </w:tblGrid>
      <w:tr>
        <w:tc>
          <w:tcPr>
            <w:tcW w:type="dxa" w:w="4873"/>
          </w:tcPr>
          <w:p>
            <w:r/>
            <w:r>
              <w:rPr>
                <w:sz w:val="20"/>
              </w:rPr>
              <w:t>Selling price per bottle</w:t>
            </w:r>
          </w:p>
        </w:tc>
        <w:tc>
          <w:tcPr>
            <w:tcW w:type="dxa" w:w="4873"/>
          </w:tcPr>
          <w:p>
            <w:r/>
            <w:r>
              <w:rPr>
                <w:sz w:val="20"/>
              </w:rPr>
              <w:t>$2.40</w:t>
            </w:r>
          </w:p>
        </w:tc>
      </w:tr>
      <w:tr>
        <w:tc>
          <w:tcPr>
            <w:tcW w:type="dxa" w:w="4873"/>
          </w:tcPr>
          <w:p>
            <w:r/>
            <w:r>
              <w:rPr>
                <w:sz w:val="20"/>
              </w:rPr>
              <w:t>Cost of mangoes per bottle</w:t>
            </w:r>
          </w:p>
        </w:tc>
        <w:tc>
          <w:tcPr>
            <w:tcW w:type="dxa" w:w="4873"/>
          </w:tcPr>
          <w:p>
            <w:r/>
            <w:r>
              <w:rPr>
                <w:sz w:val="20"/>
              </w:rPr>
              <w:t>$0.70</w:t>
            </w:r>
          </w:p>
        </w:tc>
      </w:tr>
      <w:tr>
        <w:tc>
          <w:tcPr>
            <w:tcW w:type="dxa" w:w="4873"/>
          </w:tcPr>
          <w:p>
            <w:r/>
            <w:r>
              <w:rPr>
                <w:sz w:val="20"/>
              </w:rPr>
              <w:t>Cost of bottle and label</w:t>
            </w:r>
          </w:p>
        </w:tc>
        <w:tc>
          <w:tcPr>
            <w:tcW w:type="dxa" w:w="4873"/>
          </w:tcPr>
          <w:p>
            <w:r/>
            <w:r>
              <w:rPr>
                <w:sz w:val="20"/>
              </w:rPr>
              <w:t>$0.35</w:t>
            </w:r>
          </w:p>
        </w:tc>
      </w:tr>
      <w:tr>
        <w:tc>
          <w:tcPr>
            <w:tcW w:type="dxa" w:w="4873"/>
          </w:tcPr>
          <w:p>
            <w:r/>
            <w:r>
              <w:rPr>
                <w:sz w:val="20"/>
              </w:rPr>
              <w:t>Number of bottles sold per week</w:t>
            </w:r>
          </w:p>
        </w:tc>
        <w:tc>
          <w:tcPr>
            <w:tcW w:type="dxa" w:w="4873"/>
          </w:tcPr>
          <w:p>
            <w:r/>
            <w:r>
              <w:rPr>
                <w:sz w:val="20"/>
              </w:rPr>
              <w:t>8 000</w:t>
            </w:r>
          </w:p>
        </w:tc>
      </w:tr>
    </w:tbl>
    <w:p/>
    <w:p>
      <w:pPr>
        <w:spacing w:after="40"/>
      </w:pPr>
      <w:r>
        <w:rPr>
          <w:b/>
          <w:i w:val="0"/>
          <w:sz w:val="22"/>
        </w:rPr>
        <w:t>(a)  Define ‘added value’.</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Added value is the difference between the selling price of a product and the cost of the bought-in materials and components used to make it.</w:t>
            </w:r>
            <w:r>
              <w:rPr>
                <w:b/>
                <w:color w:val="2F6FB5"/>
                <w:sz w:val="16"/>
              </w:rPr>
              <w:t xml:space="preserve"> [k]</w:t>
            </w:r>
            <w:r>
              <w:rPr>
                <w:i/>
                <w:color w:val="555555"/>
                <w:sz w:val="18"/>
              </w:rPr>
              <w:t xml:space="preserve"> (2 marks)</w:t>
            </w:r>
          </w:p>
        </w:tc>
      </w:tr>
    </w:tbl>
    <w:p/>
    <w:p>
      <w:pPr>
        <w:spacing w:after="40"/>
      </w:pPr>
      <w:r>
        <w:rPr>
          <w:b/>
          <w:i w:val="0"/>
          <w:sz w:val="22"/>
        </w:rPr>
        <w:t>(b)  Calculate the added value per bottle of KFB juice. Show your working.</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Added value per bottle = selling price – cost of bought-in materials</w:t>
            </w:r>
          </w:p>
          <w:p>
            <w:pPr>
              <w:spacing w:after="60"/>
            </w:pPr>
            <w:r>
              <w:rPr>
                <w:b/>
                <w:color w:val="555555"/>
                <w:sz w:val="17"/>
              </w:rPr>
            </w:r>
            <w:r>
              <w:rPr>
                <w:sz w:val="21"/>
              </w:rPr>
              <w:t>= $2.40 – ($0.70 + $0.35)</w:t>
            </w:r>
          </w:p>
          <w:p>
            <w:pPr>
              <w:spacing w:after="60"/>
            </w:pPr>
            <w:r>
              <w:rPr>
                <w:b/>
                <w:color w:val="555555"/>
                <w:sz w:val="17"/>
              </w:rPr>
            </w:r>
            <w:r>
              <w:rPr>
                <w:sz w:val="21"/>
              </w:rPr>
              <w:t>= $2.40 – $1.05</w:t>
            </w:r>
          </w:p>
          <w:p>
            <w:pPr>
              <w:spacing w:after="60"/>
            </w:pPr>
            <w:r>
              <w:rPr>
                <w:b/>
                <w:color w:val="555555"/>
                <w:sz w:val="17"/>
              </w:rPr>
            </w:r>
            <w:r>
              <w:rPr>
                <w:sz w:val="21"/>
              </w:rPr>
              <w:t xml:space="preserve">= </w:t>
            </w:r>
            <w:r>
              <w:rPr>
                <w:color w:val="2F6FB5"/>
                <w:sz w:val="21"/>
              </w:rPr>
              <w:t>$1.35 per bottle</w:t>
            </w:r>
            <w:r>
              <w:rPr>
                <w:b/>
                <w:color w:val="2F6FB5"/>
                <w:sz w:val="16"/>
              </w:rPr>
              <w:t xml:space="preserve"> [k]</w:t>
            </w:r>
            <w:r>
              <w:rPr>
                <w:i/>
                <w:color w:val="555555"/>
                <w:sz w:val="18"/>
              </w:rPr>
              <w:t xml:space="preserve"> (2 marks)</w:t>
            </w:r>
          </w:p>
        </w:tc>
      </w:tr>
    </w:tbl>
    <w:p/>
    <w:p>
      <w:pPr>
        <w:spacing w:after="40"/>
      </w:pPr>
      <w:r>
        <w:rPr>
          <w:b/>
          <w:i w:val="0"/>
          <w:sz w:val="22"/>
        </w:rPr>
        <w:t>(c)  Outline two ways KFB could increase added value.</w:t>
      </w:r>
      <w:r>
        <w:rPr>
          <w:b/>
        </w:rPr>
        <w:t xml:space="preserve">  [4]</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Way 1: </w:t>
            </w:r>
            <w:r>
              <w:rPr>
                <w:color w:val="2F6FB5"/>
                <w:sz w:val="21"/>
              </w:rPr>
              <w:t>KFB could make its bottles and labels more attractive</w:t>
            </w:r>
            <w:r>
              <w:rPr>
                <w:b/>
                <w:color w:val="2F6FB5"/>
                <w:sz w:val="16"/>
              </w:rPr>
              <w:t xml:space="preserve"> [k]</w:t>
            </w:r>
            <w:r>
              <w:rPr>
                <w:sz w:val="21"/>
              </w:rPr>
              <w:t xml:space="preserve"> </w:t>
            </w:r>
            <w:r>
              <w:rPr>
                <w:b w:val="0"/>
                <w:color w:val="0E7C86"/>
                <w:sz w:val="21"/>
              </w:rPr>
              <w:t>so Kamal can charge supermarkets more than $2.40 per bottle.</w:t>
            </w:r>
            <w:r>
              <w:rPr>
                <w:b/>
                <w:color w:val="0E7C86"/>
                <w:sz w:val="16"/>
              </w:rPr>
              <w:t xml:space="preserve"> [app]</w:t>
            </w:r>
          </w:p>
          <w:p>
            <w:pPr>
              <w:spacing w:after="60"/>
            </w:pPr>
            <w:r>
              <w:rPr>
                <w:b/>
                <w:color w:val="555555"/>
                <w:sz w:val="17"/>
              </w:rPr>
            </w:r>
            <w:r>
              <w:rPr>
                <w:sz w:val="21"/>
              </w:rPr>
              <w:t xml:space="preserve">Way 2: </w:t>
            </w:r>
            <w:r>
              <w:rPr>
                <w:color w:val="2F6FB5"/>
                <w:sz w:val="21"/>
              </w:rPr>
              <w:t>KFB could buy mangoes in bulk or from a cheaper supplier</w:t>
            </w:r>
            <w:r>
              <w:rPr>
                <w:b/>
                <w:color w:val="2F6FB5"/>
                <w:sz w:val="16"/>
              </w:rPr>
              <w:t xml:space="preserve"> [k]</w:t>
            </w:r>
            <w:r>
              <w:rPr>
                <w:sz w:val="21"/>
              </w:rPr>
              <w:t xml:space="preserve"> </w:t>
            </w:r>
            <w:r>
              <w:rPr>
                <w:b w:val="0"/>
                <w:color w:val="0E7C86"/>
                <w:sz w:val="21"/>
              </w:rPr>
              <w:t>to reduce the $0.70 cost of mangoes in each bottle.</w:t>
            </w:r>
            <w:r>
              <w:rPr>
                <w:b/>
                <w:color w:val="0E7C86"/>
                <w:sz w:val="16"/>
              </w:rPr>
              <w:t xml:space="preserve"> [app]</w:t>
            </w:r>
          </w:p>
          <w:p>
            <w:pPr>
              <w:spacing w:after="60"/>
            </w:pPr>
            <w:r>
              <w:rPr>
                <w:b/>
                <w:color w:val="555555"/>
                <w:sz w:val="17"/>
              </w:rPr>
            </w:r>
            <w:r>
              <w:rPr>
                <w:i/>
                <w:color w:val="555555"/>
                <w:sz w:val="18"/>
              </w:rPr>
              <w:t>(4 marks: 2 k + 2 app)</w:t>
            </w:r>
          </w:p>
        </w:tc>
      </w:tr>
    </w:tbl>
    <w:p/>
    <w:p>
      <w:pPr>
        <w:spacing w:after="40"/>
      </w:pPr>
      <w:r>
        <w:rPr>
          <w:b/>
          <w:i w:val="0"/>
          <w:sz w:val="22"/>
        </w:rPr>
        <w:t>(d)  Explain one benefit and one drawback to KFB of using the division of labour in its factory.</w:t>
      </w:r>
      <w:r>
        <w:rPr>
          <w:b/>
        </w:rPr>
        <w:t xml:space="preserve">  [6]</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Benefit: </w:t>
            </w:r>
            <w:r>
              <w:rPr>
                <w:color w:val="2F6FB5"/>
                <w:sz w:val="21"/>
              </w:rPr>
              <w:t>Each worker becomes skilled and quicker at one task</w:t>
            </w:r>
            <w:r>
              <w:rPr>
                <w:b/>
                <w:color w:val="2F6FB5"/>
                <w:sz w:val="16"/>
              </w:rPr>
              <w:t xml:space="preserve"> [k]</w:t>
            </w:r>
            <w:r>
              <w:rPr>
                <w:sz w:val="21"/>
              </w:rPr>
              <w:t xml:space="preserve"> </w:t>
            </w:r>
            <w:r>
              <w:rPr>
                <w:b w:val="0"/>
                <w:color w:val="0E7C86"/>
                <w:sz w:val="21"/>
              </w:rPr>
              <w:t>such as filling or labelling bottles of mango juice,</w:t>
            </w:r>
            <w:r>
              <w:rPr>
                <w:b/>
                <w:color w:val="0E7C86"/>
                <w:sz w:val="16"/>
              </w:rPr>
              <w:t xml:space="preserve"> [app]</w:t>
            </w:r>
            <w:r>
              <w:rPr>
                <w:sz w:val="21"/>
              </w:rPr>
              <w:t xml:space="preserve"> </w:t>
            </w:r>
            <w:r>
              <w:rPr>
                <w:b w:val="0"/>
                <w:color w:val="B77D0B"/>
                <w:sz w:val="21"/>
              </w:rPr>
              <w:t>so more bottles are produced per hour, which lowers the cost of each bottle.</w:t>
            </w:r>
            <w:r>
              <w:rPr>
                <w:b/>
                <w:color w:val="B77D0B"/>
                <w:sz w:val="16"/>
              </w:rPr>
              <w:t xml:space="preserve"> [an]</w:t>
            </w:r>
          </w:p>
          <w:p>
            <w:pPr>
              <w:spacing w:after="60"/>
            </w:pPr>
            <w:r>
              <w:rPr>
                <w:b/>
                <w:color w:val="555555"/>
                <w:sz w:val="17"/>
              </w:rPr>
            </w:r>
            <w:r>
              <w:rPr>
                <w:sz w:val="21"/>
              </w:rPr>
              <w:t xml:space="preserve">Drawback: </w:t>
            </w:r>
            <w:r>
              <w:rPr>
                <w:color w:val="2F6FB5"/>
                <w:sz w:val="21"/>
              </w:rPr>
              <w:t>Doing the same task all day is repetitive and boring,</w:t>
            </w:r>
            <w:r>
              <w:rPr>
                <w:b/>
                <w:color w:val="2F6FB5"/>
                <w:sz w:val="16"/>
              </w:rPr>
              <w:t xml:space="preserve"> [k]</w:t>
            </w:r>
            <w:r>
              <w:rPr>
                <w:sz w:val="21"/>
              </w:rPr>
              <w:t xml:space="preserve"> </w:t>
            </w:r>
            <w:r>
              <w:rPr>
                <w:b w:val="0"/>
                <w:color w:val="0E7C86"/>
                <w:sz w:val="21"/>
              </w:rPr>
              <w:t>so KFB’s 30 factory workers may become demotivated,</w:t>
            </w:r>
            <w:r>
              <w:rPr>
                <w:b/>
                <w:color w:val="0E7C86"/>
                <w:sz w:val="16"/>
              </w:rPr>
              <w:t xml:space="preserve"> [app]</w:t>
            </w:r>
            <w:r>
              <w:rPr>
                <w:sz w:val="21"/>
              </w:rPr>
              <w:t xml:space="preserve"> </w:t>
            </w:r>
            <w:r>
              <w:rPr>
                <w:b w:val="0"/>
                <w:color w:val="B77D0B"/>
                <w:sz w:val="21"/>
              </w:rPr>
              <w:t>which could reduce productivity and the quality of the juice, increasing waste.</w:t>
            </w:r>
            <w:r>
              <w:rPr>
                <w:b/>
                <w:color w:val="B77D0B"/>
                <w:sz w:val="16"/>
              </w:rPr>
              <w:t xml:space="preserve"> [an]</w:t>
            </w:r>
          </w:p>
          <w:p>
            <w:pPr>
              <w:spacing w:after="60"/>
            </w:pPr>
            <w:r>
              <w:rPr>
                <w:b/>
                <w:color w:val="555555"/>
                <w:sz w:val="17"/>
              </w:rPr>
            </w:r>
            <w:r>
              <w:rPr>
                <w:i/>
                <w:color w:val="555555"/>
                <w:sz w:val="18"/>
              </w:rPr>
              <w:t>(6 marks: 2 k + 2 app + 2 an)</w:t>
            </w:r>
          </w:p>
        </w:tc>
      </w:tr>
    </w:tbl>
    <w:p/>
    <w:p>
      <w:pPr>
        <w:spacing w:after="40"/>
      </w:pPr>
      <w:r>
        <w:rPr>
          <w:b/>
          <w:i w:val="0"/>
          <w:sz w:val="22"/>
        </w:rPr>
        <w:t>(e)  Do you think increasing price is the best way for a business to increase added value? Justify your answer.</w:t>
      </w:r>
      <w:r>
        <w:rPr>
          <w:b/>
        </w:rPr>
        <w:t xml:space="preserve">  [6]</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Increasing price raises the revenue from each unit sold</w:t>
            </w:r>
            <w:r>
              <w:rPr>
                <w:b/>
                <w:color w:val="2F6FB5"/>
                <w:sz w:val="16"/>
              </w:rPr>
              <w:t xml:space="preserve"> [k]</w:t>
            </w:r>
            <w:r>
              <w:rPr>
                <w:sz w:val="21"/>
              </w:rPr>
              <w:t xml:space="preserve"> </w:t>
            </w:r>
            <w:r>
              <w:rPr>
                <w:b w:val="0"/>
                <w:color w:val="B77D0B"/>
                <w:sz w:val="21"/>
              </w:rPr>
              <w:t>without adding to costs, so added value per unit increases straight away.</w:t>
            </w:r>
            <w:r>
              <w:rPr>
                <w:b/>
                <w:color w:val="B77D0B"/>
                <w:sz w:val="16"/>
              </w:rPr>
              <w:t xml:space="preserve"> [an]</w:t>
            </w:r>
            <w:r>
              <w:rPr>
                <w:sz w:val="21"/>
              </w:rPr>
              <w:t xml:space="preserve"> However, </w:t>
            </w:r>
            <w:r>
              <w:rPr>
                <w:color w:val="2F6FB5"/>
                <w:sz w:val="21"/>
              </w:rPr>
              <w:t>customers may switch to cheaper competitors,</w:t>
            </w:r>
            <w:r>
              <w:rPr>
                <w:b/>
                <w:color w:val="2F6FB5"/>
                <w:sz w:val="16"/>
              </w:rPr>
              <w:t xml:space="preserve"> [k]</w:t>
            </w:r>
            <w:r>
              <w:rPr>
                <w:sz w:val="21"/>
              </w:rPr>
              <w:t xml:space="preserve"> </w:t>
            </w:r>
            <w:r>
              <w:rPr>
                <w:b w:val="0"/>
                <w:color w:val="B77D0B"/>
                <w:sz w:val="21"/>
              </w:rPr>
              <w:t>so the number of units sold could fall and total added value may drop.</w:t>
            </w:r>
            <w:r>
              <w:rPr>
                <w:b/>
                <w:color w:val="B77D0B"/>
                <w:sz w:val="16"/>
              </w:rPr>
              <w:t xml:space="preserve"> [an]</w:t>
            </w:r>
            <w:r>
              <w:rPr>
                <w:sz w:val="21"/>
              </w:rPr>
              <w:t xml:space="preserve"> </w:t>
            </w:r>
            <w:r>
              <w:rPr>
                <w:color w:val="2F6FB5"/>
                <w:sz w:val="21"/>
              </w:rPr>
              <w:t>Reducing the cost of materials also raises added value,</w:t>
            </w:r>
            <w:r>
              <w:rPr>
                <w:b/>
                <w:color w:val="2F6FB5"/>
                <w:sz w:val="16"/>
              </w:rPr>
              <w:t xml:space="preserve"> [k]</w:t>
            </w:r>
            <w:r>
              <w:rPr>
                <w:sz w:val="21"/>
              </w:rPr>
              <w:t xml:space="preserve"> </w:t>
            </w:r>
            <w:r>
              <w:rPr>
                <w:b w:val="0"/>
                <w:color w:val="B77D0B"/>
                <w:sz w:val="21"/>
              </w:rPr>
              <w:t>but if cheaper materials lower quality, the business’s reputation and sales may suffer.</w:t>
            </w:r>
            <w:r>
              <w:rPr>
                <w:b/>
                <w:color w:val="B77D0B"/>
                <w:sz w:val="16"/>
              </w:rPr>
              <w:t xml:space="preserve"> [an]</w:t>
            </w:r>
          </w:p>
          <w:p>
            <w:pPr>
              <w:spacing w:after="60"/>
            </w:pPr>
            <w:r>
              <w:rPr>
                <w:b/>
                <w:color w:val="555555"/>
                <w:sz w:val="17"/>
              </w:rPr>
            </w:r>
            <w:r>
              <w:rPr>
                <w:b w:val="0"/>
                <w:color w:val="2E8B57"/>
                <w:sz w:val="21"/>
              </w:rPr>
              <w:t>Overall, increasing price is the best way only when the business has a strong brand or a unique product that customers value, because they will keep buying at a higher price. In a competitive market with similar products, cutting material costs without lowering quality is safer, so the best way depends on how loyal customers are.</w:t>
            </w:r>
            <w:r>
              <w:rPr>
                <w:b/>
                <w:color w:val="2E8B57"/>
                <w:sz w:val="16"/>
              </w:rPr>
              <w:t xml:space="preserve"> [eval]</w:t>
            </w:r>
          </w:p>
          <w:p>
            <w:pPr>
              <w:spacing w:after="60"/>
            </w:pPr>
            <w:r>
              <w:rPr>
                <w:b/>
                <w:color w:val="555555"/>
                <w:sz w:val="17"/>
              </w:rPr>
            </w:r>
            <w:r>
              <w:rPr>
                <w:i/>
                <w:color w:val="555555"/>
                <w:sz w:val="18"/>
              </w:rPr>
              <w:t>(6 marks: 2 k + 2 an + 2 eval. General question: no application needed.)</w:t>
            </w:r>
          </w:p>
        </w:tc>
      </w:tr>
    </w:tbl>
    <w:p/>
    <w:p>
      <w:r>
        <w:br w:type="page"/>
      </w:r>
    </w:p>
    <w:p>
      <w:pPr>
        <w:spacing w:after="40"/>
      </w:pPr>
      <w:r>
        <w:rPr>
          <w:b/>
          <w:i w:val="0"/>
          <w:color w:val="0E7C86"/>
          <w:sz w:val="24"/>
        </w:rPr>
        <w:t>Question 2</w:t>
      </w:r>
    </w:p>
    <w:p>
      <w:pPr>
        <w:spacing w:after="120"/>
      </w:pPr>
      <w:r>
        <w:rPr>
          <w:b w:val="0"/>
          <w:i w:val="0"/>
          <w:sz w:val="22"/>
        </w:rPr>
        <w:t>Country X is a developing country. In the past most of its workers were farmers. The government owns the national railway and the lodges in country X’s national parks. Private businesses run most hotels and tour companies. One of these is TLV, a tour company owned by Leila, which takes visitors to the national parks.</w:t>
      </w:r>
    </w:p>
    <w:p>
      <w:pPr>
        <w:spacing w:after="40"/>
      </w:pPr>
      <w:r>
        <w:rPr>
          <w:b/>
          <w:i w:val="0"/>
          <w:sz w:val="20"/>
        </w:rPr>
        <w:t>Table 2.1: Percentage of workers in each sector in country X</w:t>
      </w:r>
    </w:p>
    <w:tbl>
      <w:tblPr>
        <w:tblStyle w:val="TableGrid"/>
        <w:tblW w:type="auto" w:w="0"/>
        <w:tblLook w:firstColumn="1" w:firstRow="1" w:lastColumn="0" w:lastRow="0" w:noHBand="0" w:noVBand="1" w:val="04A0"/>
      </w:tblPr>
      <w:tblGrid>
        <w:gridCol w:w="3249"/>
        <w:gridCol w:w="3249"/>
        <w:gridCol w:w="3249"/>
      </w:tblGrid>
      <w:tr>
        <w:tc>
          <w:tcPr>
            <w:tcW w:type="dxa" w:w="3249"/>
            <w:shd w:val="clear" w:fill="DCE8F0"/>
          </w:tcPr>
          <w:p>
            <w:r/>
            <w:r>
              <w:rPr>
                <w:b/>
                <w:sz w:val="20"/>
              </w:rPr>
              <w:t>Sector</w:t>
            </w:r>
          </w:p>
        </w:tc>
        <w:tc>
          <w:tcPr>
            <w:tcW w:type="dxa" w:w="3249"/>
            <w:shd w:val="clear" w:fill="DCE8F0"/>
          </w:tcPr>
          <w:p>
            <w:r/>
            <w:r>
              <w:rPr>
                <w:b/>
                <w:sz w:val="20"/>
              </w:rPr>
              <w:t>Ten years ago</w:t>
            </w:r>
          </w:p>
        </w:tc>
        <w:tc>
          <w:tcPr>
            <w:tcW w:type="dxa" w:w="3249"/>
            <w:shd w:val="clear" w:fill="DCE8F0"/>
          </w:tcPr>
          <w:p>
            <w:r/>
            <w:r>
              <w:rPr>
                <w:b/>
                <w:sz w:val="20"/>
              </w:rPr>
              <w:t>Today</w:t>
            </w:r>
          </w:p>
        </w:tc>
      </w:tr>
      <w:tr>
        <w:tc>
          <w:tcPr>
            <w:tcW w:type="dxa" w:w="3249"/>
          </w:tcPr>
          <w:p>
            <w:r/>
            <w:r>
              <w:rPr>
                <w:sz w:val="20"/>
              </w:rPr>
              <w:t>Primary</w:t>
            </w:r>
          </w:p>
        </w:tc>
        <w:tc>
          <w:tcPr>
            <w:tcW w:type="dxa" w:w="3249"/>
          </w:tcPr>
          <w:p>
            <w:r/>
            <w:r>
              <w:rPr>
                <w:sz w:val="20"/>
              </w:rPr>
              <w:t>42%</w:t>
            </w:r>
          </w:p>
        </w:tc>
        <w:tc>
          <w:tcPr>
            <w:tcW w:type="dxa" w:w="3249"/>
          </w:tcPr>
          <w:p>
            <w:r/>
            <w:r>
              <w:rPr>
                <w:sz w:val="20"/>
              </w:rPr>
              <w:t>28%</w:t>
            </w:r>
          </w:p>
        </w:tc>
      </w:tr>
      <w:tr>
        <w:tc>
          <w:tcPr>
            <w:tcW w:type="dxa" w:w="3249"/>
          </w:tcPr>
          <w:p>
            <w:r/>
            <w:r>
              <w:rPr>
                <w:sz w:val="20"/>
              </w:rPr>
              <w:t>Secondary</w:t>
            </w:r>
          </w:p>
        </w:tc>
        <w:tc>
          <w:tcPr>
            <w:tcW w:type="dxa" w:w="3249"/>
          </w:tcPr>
          <w:p>
            <w:r/>
            <w:r>
              <w:rPr>
                <w:sz w:val="20"/>
              </w:rPr>
              <w:t>25%</w:t>
            </w:r>
          </w:p>
        </w:tc>
        <w:tc>
          <w:tcPr>
            <w:tcW w:type="dxa" w:w="3249"/>
          </w:tcPr>
          <w:p>
            <w:r/>
            <w:r>
              <w:rPr>
                <w:sz w:val="20"/>
              </w:rPr>
              <w:t>27%</w:t>
            </w:r>
          </w:p>
        </w:tc>
      </w:tr>
      <w:tr>
        <w:tc>
          <w:tcPr>
            <w:tcW w:type="dxa" w:w="3249"/>
          </w:tcPr>
          <w:p>
            <w:r/>
            <w:r>
              <w:rPr>
                <w:sz w:val="20"/>
              </w:rPr>
              <w:t>Tertiary</w:t>
            </w:r>
          </w:p>
        </w:tc>
        <w:tc>
          <w:tcPr>
            <w:tcW w:type="dxa" w:w="3249"/>
          </w:tcPr>
          <w:p>
            <w:r/>
            <w:r>
              <w:rPr>
                <w:sz w:val="20"/>
              </w:rPr>
              <w:t>33%</w:t>
            </w:r>
          </w:p>
        </w:tc>
        <w:tc>
          <w:tcPr>
            <w:tcW w:type="dxa" w:w="3249"/>
          </w:tcPr>
          <w:p>
            <w:r/>
            <w:r>
              <w:rPr>
                <w:sz w:val="20"/>
              </w:rPr>
              <w:t>45%</w:t>
            </w:r>
          </w:p>
        </w:tc>
      </w:tr>
    </w:tbl>
    <w:p/>
    <w:p>
      <w:pPr>
        <w:spacing w:after="40"/>
      </w:pPr>
      <w:r>
        <w:rPr>
          <w:b/>
          <w:i w:val="0"/>
          <w:sz w:val="22"/>
        </w:rPr>
        <w:t>(a)  Define ‘tertiary sector’.</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The tertiary sector is business activity that provides services to consumers and to other businesses, for example banking, transport and tourism.</w:t>
            </w:r>
            <w:r>
              <w:rPr>
                <w:b/>
                <w:color w:val="2F6FB5"/>
                <w:sz w:val="16"/>
              </w:rPr>
              <w:t xml:space="preserve"> [k]</w:t>
            </w:r>
            <w:r>
              <w:rPr>
                <w:i/>
                <w:color w:val="555555"/>
                <w:sz w:val="18"/>
              </w:rPr>
              <w:t xml:space="preserve"> (2 marks)</w:t>
            </w:r>
          </w:p>
        </w:tc>
      </w:tr>
    </w:tbl>
    <w:p/>
    <w:p>
      <w:pPr>
        <w:spacing w:after="40"/>
      </w:pPr>
      <w:r>
        <w:rPr>
          <w:b/>
          <w:i w:val="0"/>
          <w:sz w:val="22"/>
        </w:rPr>
        <w:t>(b)  Identify two examples, other than farming, of business activity in the primary sector.</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1 Fishing</w:t>
            </w:r>
            <w:r>
              <w:rPr>
                <w:b/>
                <w:color w:val="2F6FB5"/>
                <w:sz w:val="16"/>
              </w:rPr>
              <w:t xml:space="preserve"> [k]</w:t>
            </w:r>
          </w:p>
          <w:p>
            <w:pPr>
              <w:spacing w:after="60"/>
            </w:pPr>
            <w:r>
              <w:rPr>
                <w:b/>
                <w:color w:val="555555"/>
                <w:sz w:val="17"/>
              </w:rPr>
            </w:r>
            <w:r>
              <w:rPr>
                <w:color w:val="2F6FB5"/>
                <w:sz w:val="21"/>
              </w:rPr>
              <w:t>2 Mining (or forestry, quarrying, oil extraction)</w:t>
            </w:r>
            <w:r>
              <w:rPr>
                <w:b/>
                <w:color w:val="2F6FB5"/>
                <w:sz w:val="16"/>
              </w:rPr>
              <w:t xml:space="preserve"> [k]</w:t>
            </w:r>
          </w:p>
          <w:p>
            <w:pPr>
              <w:spacing w:after="60"/>
            </w:pPr>
            <w:r>
              <w:rPr>
                <w:b/>
                <w:color w:val="555555"/>
                <w:sz w:val="17"/>
              </w:rPr>
            </w:r>
            <w:r>
              <w:rPr>
                <w:i/>
                <w:color w:val="555555"/>
                <w:sz w:val="18"/>
              </w:rPr>
              <w:t>(2 marks)</w:t>
            </w:r>
          </w:p>
        </w:tc>
      </w:tr>
    </w:tbl>
    <w:p/>
    <w:p>
      <w:pPr>
        <w:spacing w:after="40"/>
      </w:pPr>
      <w:r>
        <w:rPr>
          <w:b/>
          <w:i w:val="0"/>
          <w:sz w:val="22"/>
        </w:rPr>
        <w:t>(c)  Outline two differences between a private sector business such as TLV and a public sector organisation such as the national railway.</w:t>
      </w:r>
      <w:r>
        <w:rPr>
          <w:b/>
        </w:rPr>
        <w:t xml:space="preserve">  [4]</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Difference 1: </w:t>
            </w:r>
            <w:r>
              <w:rPr>
                <w:color w:val="2F6FB5"/>
                <w:sz w:val="21"/>
              </w:rPr>
              <w:t>A private sector business is owned by individuals, whereas a public sector organisation is owned by the government.</w:t>
            </w:r>
            <w:r>
              <w:rPr>
                <w:b/>
                <w:color w:val="2F6FB5"/>
                <w:sz w:val="16"/>
              </w:rPr>
              <w:t xml:space="preserve"> [k]</w:t>
            </w:r>
            <w:r>
              <w:rPr>
                <w:sz w:val="21"/>
              </w:rPr>
              <w:t xml:space="preserve"> </w:t>
            </w:r>
            <w:r>
              <w:rPr>
                <w:b w:val="0"/>
                <w:color w:val="0E7C86"/>
                <w:sz w:val="21"/>
              </w:rPr>
              <w:t>TLV is owned by Leila, but the national railway is owned by the government of country X.</w:t>
            </w:r>
            <w:r>
              <w:rPr>
                <w:b/>
                <w:color w:val="0E7C86"/>
                <w:sz w:val="16"/>
              </w:rPr>
              <w:t xml:space="preserve"> [app]</w:t>
            </w:r>
          </w:p>
          <w:p>
            <w:pPr>
              <w:spacing w:after="60"/>
            </w:pPr>
            <w:r>
              <w:rPr>
                <w:b/>
                <w:color w:val="555555"/>
                <w:sz w:val="17"/>
              </w:rPr>
            </w:r>
            <w:r>
              <w:rPr>
                <w:sz w:val="21"/>
              </w:rPr>
              <w:t xml:space="preserve">Difference 2: </w:t>
            </w:r>
            <w:r>
              <w:rPr>
                <w:color w:val="2F6FB5"/>
                <w:sz w:val="21"/>
              </w:rPr>
              <w:t>A private sector business usually aims to make a profit, whereas a public sector organisation aims to provide an essential service.</w:t>
            </w:r>
            <w:r>
              <w:rPr>
                <w:b/>
                <w:color w:val="2F6FB5"/>
                <w:sz w:val="16"/>
              </w:rPr>
              <w:t xml:space="preserve"> [k]</w:t>
            </w:r>
            <w:r>
              <w:rPr>
                <w:sz w:val="21"/>
              </w:rPr>
              <w:t xml:space="preserve"> </w:t>
            </w:r>
            <w:r>
              <w:rPr>
                <w:b w:val="0"/>
                <w:color w:val="0E7C86"/>
                <w:sz w:val="21"/>
              </w:rPr>
              <w:t>TLV wants to profit from tours of the national parks, while the railway provides transport for everyone, even on routes that lose money.</w:t>
            </w:r>
            <w:r>
              <w:rPr>
                <w:b/>
                <w:color w:val="0E7C86"/>
                <w:sz w:val="16"/>
              </w:rPr>
              <w:t xml:space="preserve"> [app]</w:t>
            </w:r>
          </w:p>
          <w:p>
            <w:pPr>
              <w:spacing w:after="60"/>
            </w:pPr>
            <w:r>
              <w:rPr>
                <w:b/>
                <w:color w:val="555555"/>
                <w:sz w:val="17"/>
              </w:rPr>
            </w:r>
            <w:r>
              <w:rPr>
                <w:i/>
                <w:color w:val="555555"/>
                <w:sz w:val="18"/>
              </w:rPr>
              <w:t>(4 marks: 2 k + 2 app)</w:t>
            </w:r>
          </w:p>
        </w:tc>
      </w:tr>
    </w:tbl>
    <w:p/>
    <w:p>
      <w:pPr>
        <w:spacing w:after="40"/>
      </w:pPr>
      <w:r>
        <w:rPr>
          <w:b/>
          <w:i w:val="0"/>
          <w:sz w:val="22"/>
        </w:rPr>
        <w:t>(d)  Using the data in Table 2.1, explain two possible reasons for the changing importance of the primary sector in country X.</w:t>
      </w:r>
      <w:r>
        <w:rPr>
          <w:b/>
        </w:rPr>
        <w:t xml:space="preserve">  [6]</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Reason 1: </w:t>
            </w:r>
            <w:r>
              <w:rPr>
                <w:color w:val="2F6FB5"/>
                <w:sz w:val="21"/>
              </w:rPr>
              <w:t>Rising incomes mean people spend more on services than on basic goods.</w:t>
            </w:r>
            <w:r>
              <w:rPr>
                <w:b/>
                <w:color w:val="2F6FB5"/>
                <w:sz w:val="16"/>
              </w:rPr>
              <w:t xml:space="preserve"> [k]</w:t>
            </w:r>
            <w:r>
              <w:rPr>
                <w:sz w:val="21"/>
              </w:rPr>
              <w:t xml:space="preserve"> </w:t>
            </w:r>
            <w:r>
              <w:rPr>
                <w:b w:val="0"/>
                <w:color w:val="0E7C86"/>
                <w:sz w:val="21"/>
              </w:rPr>
              <w:t>The tertiary sector grew from 33% to 45% of workers, with more tourists visiting the national parks,</w:t>
            </w:r>
            <w:r>
              <w:rPr>
                <w:b/>
                <w:color w:val="0E7C86"/>
                <w:sz w:val="16"/>
              </w:rPr>
              <w:t xml:space="preserve"> [app]</w:t>
            </w:r>
            <w:r>
              <w:rPr>
                <w:sz w:val="21"/>
              </w:rPr>
              <w:t xml:space="preserve"> </w:t>
            </w:r>
            <w:r>
              <w:rPr>
                <w:b w:val="0"/>
                <w:color w:val="B77D0B"/>
                <w:sz w:val="21"/>
              </w:rPr>
              <w:t>so workers move out of farming into better-paid service jobs and the primary sector becomes less important.</w:t>
            </w:r>
            <w:r>
              <w:rPr>
                <w:b/>
                <w:color w:val="B77D0B"/>
                <w:sz w:val="16"/>
              </w:rPr>
              <w:t xml:space="preserve"> [an]</w:t>
            </w:r>
          </w:p>
          <w:p>
            <w:pPr>
              <w:spacing w:after="60"/>
            </w:pPr>
            <w:r>
              <w:rPr>
                <w:b/>
                <w:color w:val="555555"/>
                <w:sz w:val="17"/>
              </w:rPr>
            </w:r>
            <w:r>
              <w:rPr>
                <w:sz w:val="21"/>
              </w:rPr>
              <w:t xml:space="preserve">Reason 2: </w:t>
            </w:r>
            <w:r>
              <w:rPr>
                <w:color w:val="2F6FB5"/>
                <w:sz w:val="21"/>
              </w:rPr>
              <w:t>Farms have introduced more machinery and technology,</w:t>
            </w:r>
            <w:r>
              <w:rPr>
                <w:b/>
                <w:color w:val="2F6FB5"/>
                <w:sz w:val="16"/>
              </w:rPr>
              <w:t xml:space="preserve"> [k]</w:t>
            </w:r>
            <w:r>
              <w:rPr>
                <w:sz w:val="21"/>
              </w:rPr>
              <w:t xml:space="preserve"> </w:t>
            </w:r>
            <w:r>
              <w:rPr>
                <w:b w:val="0"/>
                <w:color w:val="B77D0B"/>
                <w:sz w:val="21"/>
              </w:rPr>
              <w:t>so the same output can be produced with fewer workers,</w:t>
            </w:r>
            <w:r>
              <w:rPr>
                <w:b/>
                <w:color w:val="B77D0B"/>
                <w:sz w:val="16"/>
              </w:rPr>
              <w:t xml:space="preserve"> [an]</w:t>
            </w:r>
            <w:r>
              <w:rPr>
                <w:sz w:val="21"/>
              </w:rPr>
              <w:t xml:space="preserve"> </w:t>
            </w:r>
            <w:r>
              <w:rPr>
                <w:b w:val="0"/>
                <w:color w:val="0E7C86"/>
                <w:sz w:val="21"/>
              </w:rPr>
              <w:t>which helps explain why the primary sector fell from 42% to 28% of workers.</w:t>
            </w:r>
            <w:r>
              <w:rPr>
                <w:b/>
                <w:color w:val="0E7C86"/>
                <w:sz w:val="16"/>
              </w:rPr>
              <w:t xml:space="preserve"> [app]</w:t>
            </w:r>
          </w:p>
          <w:p>
            <w:pPr>
              <w:spacing w:after="60"/>
            </w:pPr>
            <w:r>
              <w:rPr>
                <w:b/>
                <w:color w:val="555555"/>
                <w:sz w:val="17"/>
              </w:rPr>
            </w:r>
            <w:r>
              <w:rPr>
                <w:i/>
                <w:color w:val="555555"/>
                <w:sz w:val="18"/>
              </w:rPr>
              <w:t>(6 marks: 2 k + 2 app + 2 an)</w:t>
            </w:r>
          </w:p>
        </w:tc>
      </w:tr>
    </w:tbl>
    <w:p/>
    <w:p>
      <w:pPr>
        <w:spacing w:after="40"/>
      </w:pPr>
      <w:r>
        <w:rPr>
          <w:b/>
          <w:i w:val="0"/>
          <w:sz w:val="22"/>
        </w:rPr>
        <w:t>(e)  Do you think the tertiary sector will always become more important than the primary sector as a country develops? Justify your answer.</w:t>
      </w:r>
      <w:r>
        <w:rPr>
          <w:b/>
        </w:rPr>
        <w:t xml:space="preserve">  [6]</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color w:val="2F6FB5"/>
                <w:sz w:val="21"/>
              </w:rPr>
              <w:t>As incomes rise, people spend more on services such as tourism, restaurants and banking,</w:t>
            </w:r>
            <w:r>
              <w:rPr>
                <w:b/>
                <w:color w:val="2F6FB5"/>
                <w:sz w:val="16"/>
              </w:rPr>
              <w:t xml:space="preserve"> [k]</w:t>
            </w:r>
            <w:r>
              <w:rPr>
                <w:sz w:val="21"/>
              </w:rPr>
              <w:t xml:space="preserve"> </w:t>
            </w:r>
            <w:r>
              <w:rPr>
                <w:b w:val="0"/>
                <w:color w:val="B77D0B"/>
                <w:sz w:val="21"/>
              </w:rPr>
              <w:t>so more businesses and jobs are created in the tertiary sector and its share of workers grows.</w:t>
            </w:r>
            <w:r>
              <w:rPr>
                <w:b/>
                <w:color w:val="B77D0B"/>
                <w:sz w:val="16"/>
              </w:rPr>
              <w:t xml:space="preserve"> [an]</w:t>
            </w:r>
            <w:r>
              <w:rPr>
                <w:sz w:val="21"/>
              </w:rPr>
              <w:t xml:space="preserve"> </w:t>
            </w:r>
            <w:r>
              <w:rPr>
                <w:color w:val="2F6FB5"/>
                <w:sz w:val="21"/>
              </w:rPr>
              <w:t>Technology also means fewer workers are needed on farms and in mines,</w:t>
            </w:r>
            <w:r>
              <w:rPr>
                <w:b/>
                <w:color w:val="2F6FB5"/>
                <w:sz w:val="16"/>
              </w:rPr>
              <w:t xml:space="preserve"> [k]</w:t>
            </w:r>
            <w:r>
              <w:rPr>
                <w:sz w:val="21"/>
              </w:rPr>
              <w:t xml:space="preserve"> </w:t>
            </w:r>
            <w:r>
              <w:rPr>
                <w:b w:val="0"/>
                <w:color w:val="B77D0B"/>
                <w:sz w:val="21"/>
              </w:rPr>
              <w:t>so the primary sector’s share of workers falls.</w:t>
            </w:r>
            <w:r>
              <w:rPr>
                <w:b/>
                <w:color w:val="B77D0B"/>
                <w:sz w:val="16"/>
              </w:rPr>
              <w:t xml:space="preserve"> [an]</w:t>
            </w:r>
            <w:r>
              <w:rPr>
                <w:sz w:val="21"/>
              </w:rPr>
              <w:t xml:space="preserve"> However, </w:t>
            </w:r>
            <w:r>
              <w:rPr>
                <w:color w:val="2F6FB5"/>
                <w:sz w:val="21"/>
              </w:rPr>
              <w:t>a country with valuable natural resources such as oil or minerals</w:t>
            </w:r>
            <w:r>
              <w:rPr>
                <w:b/>
                <w:color w:val="2F6FB5"/>
                <w:sz w:val="16"/>
              </w:rPr>
              <w:t xml:space="preserve"> [k]</w:t>
            </w:r>
            <w:r>
              <w:rPr>
                <w:sz w:val="21"/>
              </w:rPr>
              <w:t xml:space="preserve"> </w:t>
            </w:r>
            <w:r>
              <w:rPr>
                <w:b w:val="0"/>
                <w:color w:val="B77D0B"/>
                <w:sz w:val="21"/>
              </w:rPr>
              <w:t>may keep a large primary sector, because exporting these resources earns a lot of money.</w:t>
            </w:r>
            <w:r>
              <w:rPr>
                <w:b/>
                <w:color w:val="B77D0B"/>
                <w:sz w:val="16"/>
              </w:rPr>
              <w:t xml:space="preserve"> [an]</w:t>
            </w:r>
          </w:p>
          <w:p>
            <w:pPr>
              <w:spacing w:after="60"/>
            </w:pPr>
            <w:r>
              <w:rPr>
                <w:b/>
                <w:color w:val="555555"/>
                <w:sz w:val="17"/>
              </w:rPr>
            </w:r>
            <w:r>
              <w:rPr>
                <w:b w:val="0"/>
                <w:color w:val="2E8B57"/>
                <w:sz w:val="21"/>
              </w:rPr>
              <w:t>Overall, the tertiary sector usually becomes more important as a country develops, because rising incomes increase spending on services. But this does not always happen: in a country rich in natural resources, the primary sector can stay very important for a long time. It depends on what resources the country has and how its economy develops.</w:t>
            </w:r>
            <w:r>
              <w:rPr>
                <w:b/>
                <w:color w:val="2E8B57"/>
                <w:sz w:val="16"/>
              </w:rPr>
              <w:t xml:space="preserve"> [eval]</w:t>
            </w:r>
          </w:p>
          <w:p>
            <w:pPr>
              <w:spacing w:after="60"/>
            </w:pPr>
            <w:r>
              <w:rPr>
                <w:b/>
                <w:color w:val="555555"/>
                <w:sz w:val="17"/>
              </w:rPr>
            </w:r>
            <w:r>
              <w:rPr>
                <w:i/>
                <w:color w:val="555555"/>
                <w:sz w:val="18"/>
              </w:rPr>
              <w:t>(6 marks: 2 k + 2 an + 2 eval)</w:t>
            </w:r>
          </w:p>
        </w:tc>
      </w:tr>
    </w:tbl>
    <w:p/>
    <w:p>
      <w:r>
        <w:br w:type="page"/>
      </w:r>
    </w:p>
    <w:p>
      <w:pPr>
        <w:spacing w:after="120"/>
      </w:pPr>
      <w:r>
        <w:rPr>
          <w:b/>
          <w:i w:val="0"/>
          <w:color w:val="1F3A5F"/>
          <w:sz w:val="28"/>
        </w:rPr>
        <w:t>Section C  Paper 2 style: case study (40 marks)</w:t>
      </w:r>
    </w:p>
    <w:p>
      <w:pPr>
        <w:spacing w:after="120"/>
      </w:pPr>
      <w:r>
        <w:rPr>
          <w:b/>
          <w:i w:val="0"/>
          <w:color w:val="0E7C86"/>
          <w:sz w:val="26"/>
        </w:rPr>
        <w:t>Khushboo Crafts (KC)</w:t>
      </w:r>
    </w:p>
    <w:p>
      <w:pPr>
        <w:spacing w:after="120"/>
      </w:pPr>
      <w:r>
        <w:rPr>
          <w:b w:val="0"/>
          <w:i w:val="0"/>
          <w:sz w:val="22"/>
        </w:rPr>
        <w:t>Khushboo Crafts (KC) is a social enterprise in country P. It was started by Amna, who wanted to create jobs for women in villages where there was little paid work. KC makes hand-embroidered cushion covers, bags and table cloths, and sells them to tourist gift shops in the capital city and to two shops abroad.</w:t>
      </w:r>
    </w:p>
    <w:p>
      <w:pPr>
        <w:spacing w:after="120"/>
      </w:pPr>
      <w:r>
        <w:rPr>
          <w:b w:val="0"/>
          <w:i w:val="0"/>
          <w:sz w:val="22"/>
        </w:rPr>
        <w:t>KC buys cotton cloth from a local textile mill and thread from a supplier in the city. The mill buys its cotton from farmers in the region. KC employs 40 women. Each woman specialises in one task: cutting, embroidery, stitching or packing. Amna says: ‘Specialisation has made us faster, but some of the women say the work is boring.’</w:t>
      </w:r>
    </w:p>
    <w:p>
      <w:pPr>
        <w:spacing w:after="120"/>
      </w:pPr>
      <w:r>
        <w:rPr>
          <w:b w:val="0"/>
          <w:i w:val="0"/>
          <w:sz w:val="22"/>
        </w:rPr>
        <w:t>KC uses its surplus to help its objectives. Last year it made a surplus of $20 000. Amna must choose how to use it: train and employ 10 more women from a nearby village, or buy a new embroidery machine that would increase output by 30%.</w:t>
      </w:r>
    </w:p>
    <w:p>
      <w:pPr>
        <w:spacing w:after="120"/>
      </w:pPr>
      <w:r>
        <w:rPr>
          <w:b w:val="0"/>
          <w:i w:val="0"/>
          <w:sz w:val="22"/>
        </w:rPr>
        <w:t>Tourist numbers in country P have doubled in five years. Amna thinks KC could increase its added value.</w:t>
      </w:r>
    </w:p>
    <w:p>
      <w:pPr>
        <w:spacing w:after="40"/>
      </w:pPr>
      <w:r>
        <w:rPr>
          <w:b/>
          <w:i w:val="0"/>
          <w:sz w:val="20"/>
        </w:rPr>
        <w:t>Appendix 1: KC’s products</w:t>
      </w:r>
    </w:p>
    <w:tbl>
      <w:tblPr>
        <w:tblStyle w:val="TableGrid"/>
        <w:tblW w:type="auto" w:w="0"/>
        <w:tblLook w:firstColumn="1" w:firstRow="1" w:lastColumn="0" w:lastRow="0" w:noHBand="0" w:noVBand="1" w:val="04A0"/>
      </w:tblPr>
      <w:tblGrid>
        <w:gridCol w:w="2436"/>
        <w:gridCol w:w="2436"/>
        <w:gridCol w:w="2436"/>
        <w:gridCol w:w="2436"/>
      </w:tblGrid>
      <w:tr>
        <w:tc>
          <w:tcPr>
            <w:tcW w:type="dxa" w:w="2436"/>
            <w:shd w:val="clear" w:fill="DCE8F0"/>
          </w:tcPr>
          <w:p>
            <w:r/>
            <w:r>
              <w:rPr>
                <w:b/>
                <w:sz w:val="20"/>
              </w:rPr>
              <w:t>Product</w:t>
            </w:r>
          </w:p>
        </w:tc>
        <w:tc>
          <w:tcPr>
            <w:tcW w:type="dxa" w:w="2436"/>
            <w:shd w:val="clear" w:fill="DCE8F0"/>
          </w:tcPr>
          <w:p>
            <w:r/>
            <w:r>
              <w:rPr>
                <w:b/>
                <w:sz w:val="20"/>
              </w:rPr>
              <w:t>Selling price ($)</w:t>
            </w:r>
          </w:p>
        </w:tc>
        <w:tc>
          <w:tcPr>
            <w:tcW w:type="dxa" w:w="2436"/>
            <w:shd w:val="clear" w:fill="DCE8F0"/>
          </w:tcPr>
          <w:p>
            <w:r/>
            <w:r>
              <w:rPr>
                <w:b/>
                <w:sz w:val="20"/>
              </w:rPr>
              <w:t>Cost of materials ($)</w:t>
            </w:r>
          </w:p>
        </w:tc>
        <w:tc>
          <w:tcPr>
            <w:tcW w:type="dxa" w:w="2436"/>
            <w:shd w:val="clear" w:fill="DCE8F0"/>
          </w:tcPr>
          <w:p>
            <w:r/>
            <w:r>
              <w:rPr>
                <w:b/>
                <w:sz w:val="20"/>
              </w:rPr>
              <w:t>Number sold last year</w:t>
            </w:r>
          </w:p>
        </w:tc>
      </w:tr>
      <w:tr>
        <w:tc>
          <w:tcPr>
            <w:tcW w:type="dxa" w:w="2436"/>
          </w:tcPr>
          <w:p>
            <w:r/>
            <w:r>
              <w:rPr>
                <w:sz w:val="20"/>
              </w:rPr>
              <w:t>Cushion cover</w:t>
            </w:r>
          </w:p>
        </w:tc>
        <w:tc>
          <w:tcPr>
            <w:tcW w:type="dxa" w:w="2436"/>
          </w:tcPr>
          <w:p>
            <w:r/>
            <w:r>
              <w:rPr>
                <w:sz w:val="20"/>
              </w:rPr>
              <w:t>9</w:t>
            </w:r>
          </w:p>
        </w:tc>
        <w:tc>
          <w:tcPr>
            <w:tcW w:type="dxa" w:w="2436"/>
          </w:tcPr>
          <w:p>
            <w:r/>
            <w:r>
              <w:rPr>
                <w:sz w:val="20"/>
              </w:rPr>
              <w:t>3</w:t>
            </w:r>
          </w:p>
        </w:tc>
        <w:tc>
          <w:tcPr>
            <w:tcW w:type="dxa" w:w="2436"/>
          </w:tcPr>
          <w:p>
            <w:r/>
            <w:r>
              <w:rPr>
                <w:sz w:val="20"/>
              </w:rPr>
              <w:t>6 000</w:t>
            </w:r>
          </w:p>
        </w:tc>
      </w:tr>
      <w:tr>
        <w:tc>
          <w:tcPr>
            <w:tcW w:type="dxa" w:w="2436"/>
          </w:tcPr>
          <w:p>
            <w:r/>
            <w:r>
              <w:rPr>
                <w:sz w:val="20"/>
              </w:rPr>
              <w:t>Embroidered bag</w:t>
            </w:r>
          </w:p>
        </w:tc>
        <w:tc>
          <w:tcPr>
            <w:tcW w:type="dxa" w:w="2436"/>
          </w:tcPr>
          <w:p>
            <w:r/>
            <w:r>
              <w:rPr>
                <w:sz w:val="20"/>
              </w:rPr>
              <w:t>16</w:t>
            </w:r>
          </w:p>
        </w:tc>
        <w:tc>
          <w:tcPr>
            <w:tcW w:type="dxa" w:w="2436"/>
          </w:tcPr>
          <w:p>
            <w:r/>
            <w:r>
              <w:rPr>
                <w:sz w:val="20"/>
              </w:rPr>
              <w:t>5</w:t>
            </w:r>
          </w:p>
        </w:tc>
        <w:tc>
          <w:tcPr>
            <w:tcW w:type="dxa" w:w="2436"/>
          </w:tcPr>
          <w:p>
            <w:r/>
            <w:r>
              <w:rPr>
                <w:sz w:val="20"/>
              </w:rPr>
              <w:t>3 500</w:t>
            </w:r>
          </w:p>
        </w:tc>
      </w:tr>
      <w:tr>
        <w:tc>
          <w:tcPr>
            <w:tcW w:type="dxa" w:w="2436"/>
          </w:tcPr>
          <w:p>
            <w:r/>
            <w:r>
              <w:rPr>
                <w:sz w:val="20"/>
              </w:rPr>
              <w:t>Table cloth</w:t>
            </w:r>
          </w:p>
        </w:tc>
        <w:tc>
          <w:tcPr>
            <w:tcW w:type="dxa" w:w="2436"/>
          </w:tcPr>
          <w:p>
            <w:r/>
            <w:r>
              <w:rPr>
                <w:sz w:val="20"/>
              </w:rPr>
              <w:t>24</w:t>
            </w:r>
          </w:p>
        </w:tc>
        <w:tc>
          <w:tcPr>
            <w:tcW w:type="dxa" w:w="2436"/>
          </w:tcPr>
          <w:p>
            <w:r/>
            <w:r>
              <w:rPr>
                <w:sz w:val="20"/>
              </w:rPr>
              <w:t>9</w:t>
            </w:r>
          </w:p>
        </w:tc>
        <w:tc>
          <w:tcPr>
            <w:tcW w:type="dxa" w:w="2436"/>
          </w:tcPr>
          <w:p>
            <w:r/>
            <w:r>
              <w:rPr>
                <w:sz w:val="20"/>
              </w:rPr>
              <w:t>1 200</w:t>
            </w:r>
          </w:p>
        </w:tc>
      </w:tr>
    </w:tbl>
    <w:p/>
    <w:p>
      <w:pPr>
        <w:spacing w:after="40"/>
      </w:pPr>
      <w:r>
        <w:rPr>
          <w:b/>
          <w:i w:val="0"/>
          <w:sz w:val="20"/>
        </w:rPr>
        <w:t>Appendix 2: Three ways KC could increase added value</w:t>
      </w:r>
    </w:p>
    <w:tbl>
      <w:tblPr>
        <w:tblStyle w:val="TableGrid"/>
        <w:tblW w:type="auto" w:w="0"/>
        <w:tblLook w:firstColumn="1" w:firstRow="1" w:lastColumn="0" w:lastRow="0" w:noHBand="0" w:noVBand="1" w:val="04A0"/>
      </w:tblPr>
      <w:tblGrid>
        <w:gridCol w:w="4873"/>
        <w:gridCol w:w="4873"/>
      </w:tblGrid>
      <w:tr>
        <w:tc>
          <w:tcPr>
            <w:tcW w:type="dxa" w:w="4873"/>
          </w:tcPr>
          <w:p>
            <w:r/>
            <w:r>
              <w:rPr>
                <w:sz w:val="20"/>
              </w:rPr>
              <w:t>Option</w:t>
            </w:r>
          </w:p>
        </w:tc>
        <w:tc>
          <w:tcPr>
            <w:tcW w:type="dxa" w:w="4873"/>
          </w:tcPr>
          <w:p>
            <w:r/>
            <w:r>
              <w:rPr>
                <w:sz w:val="20"/>
              </w:rPr>
              <w:t>Information</w:t>
            </w:r>
          </w:p>
        </w:tc>
      </w:tr>
      <w:tr>
        <w:tc>
          <w:tcPr>
            <w:tcW w:type="dxa" w:w="4873"/>
          </w:tcPr>
          <w:p>
            <w:r/>
            <w:r>
              <w:rPr>
                <w:sz w:val="20"/>
              </w:rPr>
              <w:t>New branded packaging</w:t>
            </w:r>
          </w:p>
        </w:tc>
        <w:tc>
          <w:tcPr>
            <w:tcW w:type="dxa" w:w="4873"/>
          </w:tcPr>
          <w:p>
            <w:r/>
            <w:r>
              <w:rPr>
                <w:sz w:val="20"/>
              </w:rPr>
              <w:t>A gift box with KC’s story printed on it costs $1 per item; gift shops say tourists would pay $3 more</w:t>
            </w:r>
          </w:p>
        </w:tc>
      </w:tr>
      <w:tr>
        <w:tc>
          <w:tcPr>
            <w:tcW w:type="dxa" w:w="4873"/>
          </w:tcPr>
          <w:p>
            <w:r/>
            <w:r>
              <w:rPr>
                <w:sz w:val="20"/>
              </w:rPr>
              <w:t>Sell online directly to customers abroad</w:t>
            </w:r>
          </w:p>
        </w:tc>
        <w:tc>
          <w:tcPr>
            <w:tcW w:type="dxa" w:w="4873"/>
          </w:tcPr>
          <w:p>
            <w:r/>
            <w:r>
              <w:rPr>
                <w:sz w:val="20"/>
              </w:rPr>
              <w:t>Customers would pay the full price instead of the 40% that shops abroad take; a website costs $2 500</w:t>
            </w:r>
          </w:p>
        </w:tc>
      </w:tr>
      <w:tr>
        <w:tc>
          <w:tcPr>
            <w:tcW w:type="dxa" w:w="4873"/>
          </w:tcPr>
          <w:p>
            <w:r/>
            <w:r>
              <w:rPr>
                <w:sz w:val="20"/>
              </w:rPr>
              <w:t>Buy cloth in bulk</w:t>
            </w:r>
          </w:p>
        </w:tc>
        <w:tc>
          <w:tcPr>
            <w:tcW w:type="dxa" w:w="4873"/>
          </w:tcPr>
          <w:p>
            <w:r/>
            <w:r>
              <w:rPr>
                <w:sz w:val="20"/>
              </w:rPr>
              <w:t>The mill offers 15% off cloth for orders twice as large as KC’s usual order; KC would need extra storage space</w:t>
            </w:r>
          </w:p>
        </w:tc>
      </w:tr>
    </w:tbl>
    <w:p/>
    <w:p>
      <w:pPr>
        <w:spacing w:after="40"/>
      </w:pPr>
      <w:r>
        <w:rPr>
          <w:b/>
          <w:i w:val="0"/>
          <w:sz w:val="22"/>
        </w:rPr>
        <w:t>1(a)  Explain two benefits and two drawbacks to KC of using specialisation in its production.</w:t>
      </w:r>
      <w:r>
        <w:rPr>
          <w:b/>
        </w:rPr>
        <w:t xml:space="preserve">  [8]</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Benefit 1: </w:t>
            </w:r>
            <w:r>
              <w:rPr>
                <w:color w:val="2F6FB5"/>
                <w:sz w:val="21"/>
              </w:rPr>
              <w:t>Workers become skilled and faster at one task.</w:t>
            </w:r>
            <w:r>
              <w:rPr>
                <w:b/>
                <w:color w:val="2F6FB5"/>
                <w:sz w:val="16"/>
              </w:rPr>
              <w:t xml:space="preserve"> [k]</w:t>
            </w:r>
            <w:r>
              <w:rPr>
                <w:sz w:val="21"/>
              </w:rPr>
              <w:t xml:space="preserve"> </w:t>
            </w:r>
            <w:r>
              <w:rPr>
                <w:b w:val="0"/>
                <w:color w:val="0E7C86"/>
                <w:sz w:val="21"/>
              </w:rPr>
              <w:t>A woman who only does embroidery becomes an expert,</w:t>
            </w:r>
            <w:r>
              <w:rPr>
                <w:b/>
                <w:color w:val="0E7C86"/>
                <w:sz w:val="16"/>
              </w:rPr>
              <w:t xml:space="preserve"> [app]</w:t>
            </w:r>
            <w:r>
              <w:rPr>
                <w:sz w:val="21"/>
              </w:rPr>
              <w:t xml:space="preserve"> </w:t>
            </w:r>
            <w:r>
              <w:rPr>
                <w:b w:val="0"/>
                <w:color w:val="B77D0B"/>
                <w:sz w:val="21"/>
              </w:rPr>
              <w:t>so more cushion covers and bags are produced each day.</w:t>
            </w:r>
            <w:r>
              <w:rPr>
                <w:b/>
                <w:color w:val="B77D0B"/>
                <w:sz w:val="16"/>
              </w:rPr>
              <w:t xml:space="preserve"> [an]</w:t>
            </w:r>
          </w:p>
          <w:p>
            <w:pPr>
              <w:spacing w:after="60"/>
            </w:pPr>
            <w:r>
              <w:rPr>
                <w:b/>
                <w:color w:val="555555"/>
                <w:sz w:val="17"/>
              </w:rPr>
            </w:r>
            <w:r>
              <w:rPr>
                <w:sz w:val="21"/>
              </w:rPr>
              <w:t xml:space="preserve">Benefit 2: </w:t>
            </w:r>
            <w:r>
              <w:rPr>
                <w:color w:val="2F6FB5"/>
                <w:sz w:val="21"/>
              </w:rPr>
              <w:t>Less training is needed.</w:t>
            </w:r>
            <w:r>
              <w:rPr>
                <w:b/>
                <w:color w:val="2F6FB5"/>
                <w:sz w:val="16"/>
              </w:rPr>
              <w:t xml:space="preserve"> [k]</w:t>
            </w:r>
            <w:r>
              <w:rPr>
                <w:sz w:val="21"/>
              </w:rPr>
              <w:t xml:space="preserve"> </w:t>
            </w:r>
            <w:r>
              <w:rPr>
                <w:b w:val="0"/>
                <w:color w:val="0E7C86"/>
                <w:sz w:val="21"/>
              </w:rPr>
              <w:t>New women from the villages only need to learn one task, such as packing,</w:t>
            </w:r>
            <w:r>
              <w:rPr>
                <w:b/>
                <w:color w:val="0E7C86"/>
                <w:sz w:val="16"/>
              </w:rPr>
              <w:t xml:space="preserve"> [app]</w:t>
            </w:r>
            <w:r>
              <w:rPr>
                <w:sz w:val="21"/>
              </w:rPr>
              <w:t xml:space="preserve"> </w:t>
            </w:r>
            <w:r>
              <w:rPr>
                <w:b w:val="0"/>
                <w:color w:val="B77D0B"/>
                <w:sz w:val="21"/>
              </w:rPr>
              <w:t>so they become productive quickly and training costs are lower.</w:t>
            </w:r>
            <w:r>
              <w:rPr>
                <w:b/>
                <w:color w:val="B77D0B"/>
                <w:sz w:val="16"/>
              </w:rPr>
              <w:t xml:space="preserve"> [an]</w:t>
            </w:r>
          </w:p>
          <w:p>
            <w:pPr>
              <w:spacing w:after="60"/>
            </w:pPr>
            <w:r>
              <w:rPr>
                <w:b/>
                <w:color w:val="555555"/>
                <w:sz w:val="17"/>
              </w:rPr>
            </w:r>
            <w:r>
              <w:rPr>
                <w:sz w:val="21"/>
              </w:rPr>
              <w:t xml:space="preserve">Drawback 1: </w:t>
            </w:r>
            <w:r>
              <w:rPr>
                <w:color w:val="2F6FB5"/>
                <w:sz w:val="21"/>
              </w:rPr>
              <w:t>The work becomes repetitive and boring.</w:t>
            </w:r>
            <w:r>
              <w:rPr>
                <w:b/>
                <w:color w:val="2F6FB5"/>
                <w:sz w:val="16"/>
              </w:rPr>
              <w:t xml:space="preserve"> [k]</w:t>
            </w:r>
            <w:r>
              <w:rPr>
                <w:sz w:val="21"/>
              </w:rPr>
              <w:t xml:space="preserve"> </w:t>
            </w:r>
            <w:r>
              <w:rPr>
                <w:b w:val="0"/>
                <w:color w:val="0E7C86"/>
                <w:sz w:val="21"/>
              </w:rPr>
              <w:t>Amna says some women find the work boring,</w:t>
            </w:r>
            <w:r>
              <w:rPr>
                <w:b/>
                <w:color w:val="0E7C86"/>
                <w:sz w:val="16"/>
              </w:rPr>
              <w:t xml:space="preserve"> [app]</w:t>
            </w:r>
            <w:r>
              <w:rPr>
                <w:sz w:val="21"/>
              </w:rPr>
              <w:t xml:space="preserve"> </w:t>
            </w:r>
            <w:r>
              <w:rPr>
                <w:b w:val="0"/>
                <w:color w:val="B77D0B"/>
                <w:sz w:val="21"/>
              </w:rPr>
              <w:t>so they may become demotivated and work more slowly.</w:t>
            </w:r>
            <w:r>
              <w:rPr>
                <w:b/>
                <w:color w:val="B77D0B"/>
                <w:sz w:val="16"/>
              </w:rPr>
              <w:t xml:space="preserve"> [an]</w:t>
            </w:r>
          </w:p>
          <w:p>
            <w:pPr>
              <w:spacing w:after="60"/>
            </w:pPr>
            <w:r>
              <w:rPr>
                <w:b/>
                <w:color w:val="555555"/>
                <w:sz w:val="17"/>
              </w:rPr>
            </w:r>
            <w:r>
              <w:rPr>
                <w:sz w:val="21"/>
              </w:rPr>
              <w:t xml:space="preserve">Drawback 2: </w:t>
            </w:r>
            <w:r>
              <w:rPr>
                <w:color w:val="2F6FB5"/>
                <w:sz w:val="21"/>
              </w:rPr>
              <w:t>If one stage stops, the whole process stops.</w:t>
            </w:r>
            <w:r>
              <w:rPr>
                <w:b/>
                <w:color w:val="2F6FB5"/>
                <w:sz w:val="16"/>
              </w:rPr>
              <w:t xml:space="preserve"> [k]</w:t>
            </w:r>
            <w:r>
              <w:rPr>
                <w:sz w:val="21"/>
              </w:rPr>
              <w:t xml:space="preserve"> </w:t>
            </w:r>
            <w:r>
              <w:rPr>
                <w:b w:val="0"/>
                <w:color w:val="0E7C86"/>
                <w:sz w:val="21"/>
              </w:rPr>
              <w:t>If the embroiderers are absent,</w:t>
            </w:r>
            <w:r>
              <w:rPr>
                <w:b/>
                <w:color w:val="0E7C86"/>
                <w:sz w:val="16"/>
              </w:rPr>
              <w:t xml:space="preserve"> [app]</w:t>
            </w:r>
            <w:r>
              <w:rPr>
                <w:sz w:val="21"/>
              </w:rPr>
              <w:t xml:space="preserve"> </w:t>
            </w:r>
            <w:r>
              <w:rPr>
                <w:b w:val="0"/>
                <w:color w:val="B77D0B"/>
                <w:sz w:val="21"/>
              </w:rPr>
              <w:t>the stitching and packing teams have nothing to work on, so output falls.</w:t>
            </w:r>
            <w:r>
              <w:rPr>
                <w:b/>
                <w:color w:val="B77D0B"/>
                <w:sz w:val="16"/>
              </w:rPr>
              <w:t xml:space="preserve"> [an]</w:t>
            </w:r>
          </w:p>
          <w:p>
            <w:pPr>
              <w:spacing w:after="60"/>
            </w:pPr>
            <w:r>
              <w:rPr>
                <w:b/>
                <w:color w:val="555555"/>
                <w:sz w:val="17"/>
              </w:rPr>
            </w:r>
            <w:r>
              <w:rPr>
                <w:i/>
                <w:color w:val="555555"/>
                <w:sz w:val="18"/>
              </w:rPr>
              <w:t>(8 marks: 4 points + 4 explanations in context)</w:t>
            </w:r>
          </w:p>
        </w:tc>
      </w:tr>
    </w:tbl>
    <w:p/>
    <w:p>
      <w:pPr>
        <w:spacing w:after="40"/>
      </w:pPr>
      <w:r>
        <w:rPr>
          <w:b/>
          <w:i w:val="0"/>
          <w:sz w:val="22"/>
        </w:rPr>
        <w:t>1(b)  Using Appendix 2 and other information, consider the following three ways KC could increase added value. Which way should KC use? Justify your answer.</w:t>
        <w:br/>
        <w:t>• New branded packaging</w:t>
        <w:br/>
        <w:t>• Selling online directly to customers abroad</w:t>
        <w:br/>
        <w:t>• Buying cloth in bulk</w:t>
      </w:r>
      <w:r>
        <w:rPr>
          <w:b/>
        </w:rPr>
        <w:t xml:space="preserve">  [12]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New branded packaging: </w:t>
            </w:r>
            <w:r>
              <w:rPr>
                <w:b w:val="0"/>
                <w:color w:val="0E7C86"/>
                <w:sz w:val="21"/>
              </w:rPr>
              <w:t>A gift box costs $1 per item, but gift shops say tourists would pay $3 more,</w:t>
            </w:r>
            <w:r>
              <w:rPr>
                <w:b/>
                <w:color w:val="0E7C86"/>
                <w:sz w:val="16"/>
              </w:rPr>
              <w:t xml:space="preserve"> [app]</w:t>
            </w:r>
            <w:r>
              <w:rPr>
                <w:sz w:val="21"/>
              </w:rPr>
              <w:t xml:space="preserve"> </w:t>
            </w:r>
            <w:r>
              <w:rPr>
                <w:b w:val="0"/>
                <w:color w:val="B77D0B"/>
                <w:sz w:val="21"/>
              </w:rPr>
              <w:t>so added value rises by $2 on every item sold. Telling KC’s social story on the box appeals to tourists who want to support local women, and tourist numbers have doubled. It is cheap, quick and low risk.</w:t>
            </w:r>
            <w:r>
              <w:rPr>
                <w:b/>
                <w:color w:val="B77D0B"/>
                <w:sz w:val="16"/>
              </w:rPr>
              <w:t xml:space="preserve"> [an]</w:t>
            </w:r>
          </w:p>
          <w:p>
            <w:pPr>
              <w:spacing w:after="60"/>
            </w:pPr>
            <w:r>
              <w:rPr>
                <w:b/>
                <w:color w:val="555555"/>
                <w:sz w:val="17"/>
              </w:rPr>
            </w:r>
            <w:r>
              <w:rPr>
                <w:sz w:val="21"/>
              </w:rPr>
              <w:t xml:space="preserve">Selling online directly abroad: </w:t>
            </w:r>
            <w:r>
              <w:rPr>
                <w:b w:val="0"/>
                <w:color w:val="0E7C86"/>
                <w:sz w:val="21"/>
              </w:rPr>
              <w:t>Shops abroad keep 40% of the price, so on a $16 bag KC loses $6.40.</w:t>
            </w:r>
            <w:r>
              <w:rPr>
                <w:b/>
                <w:color w:val="0E7C86"/>
                <w:sz w:val="16"/>
              </w:rPr>
              <w:t xml:space="preserve"> [app]</w:t>
            </w:r>
            <w:r>
              <w:rPr>
                <w:sz w:val="21"/>
              </w:rPr>
              <w:t xml:space="preserve"> </w:t>
            </w:r>
            <w:r>
              <w:rPr>
                <w:b w:val="0"/>
                <w:color w:val="B77D0B"/>
                <w:sz w:val="21"/>
              </w:rPr>
              <w:t>Selling directly means KC keeps the full price, a big increase in added value per item.</w:t>
            </w:r>
            <w:r>
              <w:rPr>
                <w:b/>
                <w:color w:val="B77D0B"/>
                <w:sz w:val="16"/>
              </w:rPr>
              <w:t xml:space="preserve"> [an]</w:t>
            </w:r>
            <w:r>
              <w:rPr>
                <w:sz w:val="21"/>
              </w:rPr>
              <w:t xml:space="preserve"> </w:t>
            </w:r>
            <w:r>
              <w:rPr>
                <w:b w:val="0"/>
                <w:color w:val="0E7C86"/>
                <w:sz w:val="21"/>
              </w:rPr>
              <w:t>But the website costs $2 500,</w:t>
            </w:r>
            <w:r>
              <w:rPr>
                <w:b/>
                <w:color w:val="0E7C86"/>
                <w:sz w:val="16"/>
              </w:rPr>
              <w:t xml:space="preserve"> [app]</w:t>
            </w:r>
            <w:r>
              <w:rPr>
                <w:sz w:val="21"/>
              </w:rPr>
              <w:t xml:space="preserve"> </w:t>
            </w:r>
            <w:r>
              <w:rPr>
                <w:b w:val="0"/>
                <w:color w:val="B77D0B"/>
                <w:sz w:val="21"/>
              </w:rPr>
              <w:t>and KC would need someone to run it, take photos, deliver orders abroad and deal with customers, which is hard for a small social enterprise. It could also upset the shops abroad that already sell KC’s products.</w:t>
            </w:r>
            <w:r>
              <w:rPr>
                <w:b/>
                <w:color w:val="B77D0B"/>
                <w:sz w:val="16"/>
              </w:rPr>
              <w:t xml:space="preserve"> [an]</w:t>
            </w:r>
          </w:p>
          <w:p>
            <w:pPr>
              <w:spacing w:after="60"/>
            </w:pPr>
            <w:r>
              <w:rPr>
                <w:b/>
                <w:color w:val="555555"/>
                <w:sz w:val="17"/>
              </w:rPr>
            </w:r>
            <w:r>
              <w:rPr>
                <w:sz w:val="21"/>
              </w:rPr>
              <w:t xml:space="preserve">Buying cloth in bulk: </w:t>
            </w:r>
            <w:r>
              <w:rPr>
                <w:b w:val="0"/>
                <w:color w:val="0E7C86"/>
                <w:sz w:val="21"/>
              </w:rPr>
              <w:t>The mill offers 15% off cloth if KC orders twice as much,</w:t>
            </w:r>
            <w:r>
              <w:rPr>
                <w:b/>
                <w:color w:val="0E7C86"/>
                <w:sz w:val="16"/>
              </w:rPr>
              <w:t xml:space="preserve"> [app]</w:t>
            </w:r>
            <w:r>
              <w:rPr>
                <w:sz w:val="21"/>
              </w:rPr>
              <w:t xml:space="preserve"> </w:t>
            </w:r>
            <w:r>
              <w:rPr>
                <w:b w:val="0"/>
                <w:color w:val="B77D0B"/>
                <w:sz w:val="21"/>
              </w:rPr>
              <w:t>which lowers the cost of materials and raises added value. However, cloth is only part of the material cost, so the saving per item is small. KC would also need extra storage and would have to pay for a large order at once, tying up cash.</w:t>
            </w:r>
            <w:r>
              <w:rPr>
                <w:b/>
                <w:color w:val="B77D0B"/>
                <w:sz w:val="16"/>
              </w:rPr>
              <w:t xml:space="preserve"> [an]</w:t>
            </w:r>
          </w:p>
          <w:p>
            <w:pPr>
              <w:spacing w:after="60"/>
            </w:pPr>
            <w:r>
              <w:rPr>
                <w:b/>
                <w:color w:val="555555"/>
                <w:sz w:val="17"/>
              </w:rPr>
            </w:r>
            <w:r>
              <w:rPr>
                <w:b w:val="0"/>
                <w:color w:val="2E8B57"/>
                <w:sz w:val="21"/>
              </w:rPr>
              <w:t>Recommendation: KC should use new branded packaging. It raises added value by $2 on every product straight away, costs little, and uses KC’s social story, which tourists value. I rejected selling online because it needs skills and costs KC does not yet have, and bulk buying gives only a small saving while creating storage and cash problems. Once packaging has increased revenue, KC could consider selling online.</w:t>
            </w:r>
            <w:r>
              <w:rPr>
                <w:b/>
                <w:color w:val="2E8B57"/>
                <w:sz w:val="16"/>
              </w:rPr>
              <w:t xml:space="preserve"> [eval]</w:t>
            </w:r>
          </w:p>
          <w:p>
            <w:pPr>
              <w:spacing w:after="60"/>
            </w:pPr>
            <w:r>
              <w:rPr>
                <w:b/>
                <w:color w:val="555555"/>
                <w:sz w:val="17"/>
              </w:rPr>
            </w:r>
            <w:r>
              <w:rPr>
                <w:i/>
                <w:color w:val="555555"/>
                <w:sz w:val="18"/>
              </w:rPr>
              <w:t>(Level 3: 9–12 marks)</w:t>
            </w:r>
          </w:p>
        </w:tc>
      </w:tr>
    </w:tbl>
    <w:p/>
    <w:p>
      <w:pPr>
        <w:spacing w:after="40"/>
      </w:pPr>
      <w:r>
        <w:rPr>
          <w:b/>
          <w:i w:val="0"/>
          <w:sz w:val="22"/>
        </w:rPr>
        <w:t>2(a)  Explain two ways KC depends on businesses in the primary and tertiary sectors.</w:t>
      </w:r>
      <w:r>
        <w:rPr>
          <w:b/>
        </w:rPr>
        <w:t xml:space="preserve">  [8]</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Way 1 (primary sector): </w:t>
            </w:r>
            <w:r>
              <w:rPr>
                <w:color w:val="2F6FB5"/>
                <w:sz w:val="21"/>
              </w:rPr>
              <w:t>KC depends on farmers who grow cotton.</w:t>
            </w:r>
            <w:r>
              <w:rPr>
                <w:b/>
                <w:color w:val="2F6FB5"/>
                <w:sz w:val="16"/>
              </w:rPr>
              <w:t xml:space="preserve"> [k]</w:t>
            </w:r>
            <w:r>
              <w:rPr>
                <w:sz w:val="21"/>
              </w:rPr>
              <w:t xml:space="preserve"> </w:t>
            </w:r>
            <w:r>
              <w:rPr>
                <w:b w:val="0"/>
                <w:color w:val="0E7C86"/>
                <w:sz w:val="21"/>
              </w:rPr>
              <w:t>The local mill that makes KC’s cloth buys its cotton from farmers in the region.</w:t>
            </w:r>
            <w:r>
              <w:rPr>
                <w:b/>
                <w:color w:val="0E7C86"/>
                <w:sz w:val="16"/>
              </w:rPr>
              <w:t xml:space="preserve"> [app]</w:t>
            </w:r>
            <w:r>
              <w:rPr>
                <w:sz w:val="21"/>
              </w:rPr>
              <w:t xml:space="preserve"> </w:t>
            </w:r>
            <w:r>
              <w:rPr>
                <w:b w:val="0"/>
                <w:color w:val="B77D0B"/>
                <w:sz w:val="21"/>
              </w:rPr>
              <w:t>If the cotton harvest is poor, the mill may raise the price of cloth or be unable to supply it,</w:t>
            </w:r>
            <w:r>
              <w:rPr>
                <w:b/>
                <w:color w:val="B77D0B"/>
                <w:sz w:val="16"/>
              </w:rPr>
              <w:t xml:space="preserve"> [an]</w:t>
            </w:r>
            <w:r>
              <w:rPr>
                <w:sz w:val="21"/>
              </w:rPr>
              <w:t xml:space="preserve"> </w:t>
            </w:r>
            <w:r>
              <w:rPr>
                <w:b w:val="0"/>
                <w:color w:val="B77D0B"/>
                <w:sz w:val="21"/>
              </w:rPr>
              <w:t>which would raise KC’s material costs and reduce its added value.</w:t>
            </w:r>
            <w:r>
              <w:rPr>
                <w:b/>
                <w:color w:val="B77D0B"/>
                <w:sz w:val="16"/>
              </w:rPr>
              <w:t xml:space="preserve"> [an]</w:t>
            </w:r>
          </w:p>
          <w:p>
            <w:pPr>
              <w:spacing w:after="60"/>
            </w:pPr>
            <w:r>
              <w:rPr>
                <w:b/>
                <w:color w:val="555555"/>
                <w:sz w:val="17"/>
              </w:rPr>
            </w:r>
            <w:r>
              <w:rPr>
                <w:sz w:val="21"/>
              </w:rPr>
              <w:t xml:space="preserve">Way 2 (tertiary sector): </w:t>
            </w:r>
            <w:r>
              <w:rPr>
                <w:color w:val="2F6FB5"/>
                <w:sz w:val="21"/>
              </w:rPr>
              <w:t>KC depends on retailers to sell its products.</w:t>
            </w:r>
            <w:r>
              <w:rPr>
                <w:b/>
                <w:color w:val="2F6FB5"/>
                <w:sz w:val="16"/>
              </w:rPr>
              <w:t xml:space="preserve"> [k]</w:t>
            </w:r>
            <w:r>
              <w:rPr>
                <w:sz w:val="21"/>
              </w:rPr>
              <w:t xml:space="preserve"> </w:t>
            </w:r>
            <w:r>
              <w:rPr>
                <w:b w:val="0"/>
                <w:color w:val="0E7C86"/>
                <w:sz w:val="21"/>
              </w:rPr>
              <w:t>It sells through tourist gift shops in the capital city and two shops abroad.</w:t>
            </w:r>
            <w:r>
              <w:rPr>
                <w:b/>
                <w:color w:val="0E7C86"/>
                <w:sz w:val="16"/>
              </w:rPr>
              <w:t xml:space="preserve"> [app]</w:t>
            </w:r>
            <w:r>
              <w:rPr>
                <w:sz w:val="21"/>
              </w:rPr>
              <w:t xml:space="preserve"> </w:t>
            </w:r>
            <w:r>
              <w:rPr>
                <w:b w:val="0"/>
                <w:color w:val="B77D0B"/>
                <w:sz w:val="21"/>
              </w:rPr>
              <w:t>Without these shops KC could not reach most of its customers.</w:t>
            </w:r>
            <w:r>
              <w:rPr>
                <w:b/>
                <w:color w:val="B77D0B"/>
                <w:sz w:val="16"/>
              </w:rPr>
              <w:t xml:space="preserve"> [an]</w:t>
            </w:r>
            <w:r>
              <w:rPr>
                <w:sz w:val="21"/>
              </w:rPr>
              <w:t xml:space="preserve"> </w:t>
            </w:r>
            <w:r>
              <w:rPr>
                <w:b w:val="0"/>
                <w:color w:val="B77D0B"/>
                <w:sz w:val="21"/>
              </w:rPr>
              <w:t>It also depends on tourism businesses such as hotels and airlines, which bring the tourists who buy its products.</w:t>
            </w:r>
            <w:r>
              <w:rPr>
                <w:b/>
                <w:color w:val="B77D0B"/>
                <w:sz w:val="16"/>
              </w:rPr>
              <w:t xml:space="preserve"> [an]</w:t>
            </w:r>
          </w:p>
          <w:p>
            <w:pPr>
              <w:spacing w:after="60"/>
            </w:pPr>
            <w:r>
              <w:rPr>
                <w:b/>
                <w:color w:val="555555"/>
                <w:sz w:val="17"/>
              </w:rPr>
            </w:r>
            <w:r>
              <w:rPr>
                <w:i/>
                <w:color w:val="555555"/>
                <w:sz w:val="18"/>
              </w:rPr>
              <w:t>(8 marks: 2 ways + 3 explanation marks each, including application)</w:t>
            </w:r>
          </w:p>
        </w:tc>
      </w:tr>
    </w:tbl>
    <w:p/>
    <w:p>
      <w:pPr>
        <w:spacing w:after="40"/>
      </w:pPr>
      <w:r>
        <w:rPr>
          <w:b/>
          <w:i w:val="0"/>
          <w:sz w:val="22"/>
        </w:rPr>
        <w:t>2(b)  KC made a surplus of $20 000. Consider the following two ways Amna could use the surplus. Which should she choose? Justify your answer.</w:t>
        <w:br/>
        <w:t>• Train and employ 10 more women from a nearby village</w:t>
        <w:br/>
        <w:t>• Buy a new embroidery machine</w:t>
      </w:r>
      <w:r>
        <w:rPr>
          <w:b/>
        </w:rPr>
        <w:t xml:space="preserve">  [12]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r>
            <w:r>
              <w:rPr>
                <w:sz w:val="21"/>
              </w:rPr>
              <w:t xml:space="preserve">Train and employ 10 more women: </w:t>
            </w:r>
            <w:r>
              <w:rPr>
                <w:b w:val="0"/>
                <w:color w:val="0E7C86"/>
                <w:sz w:val="21"/>
              </w:rPr>
              <w:t>KC was set up to create jobs for women in villages with little paid work,</w:t>
            </w:r>
            <w:r>
              <w:rPr>
                <w:b/>
                <w:color w:val="0E7C86"/>
                <w:sz w:val="16"/>
              </w:rPr>
              <w:t xml:space="preserve"> [app]</w:t>
            </w:r>
            <w:r>
              <w:rPr>
                <w:sz w:val="21"/>
              </w:rPr>
              <w:t xml:space="preserve"> </w:t>
            </w:r>
            <w:r>
              <w:rPr>
                <w:b w:val="0"/>
                <w:color w:val="B77D0B"/>
                <w:sz w:val="21"/>
              </w:rPr>
              <w:t>so this choice directly achieves its main social objective. Production stays hand-made, which tourists value and pay more for.</w:t>
            </w:r>
            <w:r>
              <w:rPr>
                <w:b/>
                <w:color w:val="B77D0B"/>
                <w:sz w:val="16"/>
              </w:rPr>
              <w:t xml:space="preserve"> [an]</w:t>
            </w:r>
            <w:r>
              <w:rPr>
                <w:sz w:val="21"/>
              </w:rPr>
              <w:t xml:space="preserve"> </w:t>
            </w:r>
            <w:r>
              <w:rPr>
                <w:b w:val="0"/>
                <w:color w:val="B77D0B"/>
                <w:sz w:val="21"/>
              </w:rPr>
              <w:t>However, training takes time and money, and KC must be confident it can sell the extra output.</w:t>
            </w:r>
            <w:r>
              <w:rPr>
                <w:b/>
                <w:color w:val="B77D0B"/>
                <w:sz w:val="16"/>
              </w:rPr>
              <w:t xml:space="preserve"> [an]</w:t>
            </w:r>
          </w:p>
          <w:p>
            <w:pPr>
              <w:spacing w:after="60"/>
            </w:pPr>
            <w:r>
              <w:rPr>
                <w:b/>
                <w:color w:val="555555"/>
                <w:sz w:val="17"/>
              </w:rPr>
            </w:r>
            <w:r>
              <w:rPr>
                <w:sz w:val="21"/>
              </w:rPr>
              <w:t xml:space="preserve">Buy a new embroidery machine: </w:t>
            </w:r>
            <w:r>
              <w:rPr>
                <w:b w:val="0"/>
                <w:color w:val="0E7C86"/>
                <w:sz w:val="21"/>
              </w:rPr>
              <w:t>The machine would increase output by 30%,</w:t>
            </w:r>
            <w:r>
              <w:rPr>
                <w:b/>
                <w:color w:val="0E7C86"/>
                <w:sz w:val="16"/>
              </w:rPr>
              <w:t xml:space="preserve"> [app]</w:t>
            </w:r>
            <w:r>
              <w:rPr>
                <w:sz w:val="21"/>
              </w:rPr>
              <w:t xml:space="preserve"> </w:t>
            </w:r>
            <w:r>
              <w:rPr>
                <w:b w:val="0"/>
                <w:color w:val="B77D0B"/>
                <w:sz w:val="21"/>
              </w:rPr>
              <w:t>helping KC meet growing demand as tourist numbers have doubled, and it could lower the cost of each item.</w:t>
            </w:r>
            <w:r>
              <w:rPr>
                <w:b/>
                <w:color w:val="B77D0B"/>
                <w:sz w:val="16"/>
              </w:rPr>
              <w:t xml:space="preserve"> [an]</w:t>
            </w:r>
            <w:r>
              <w:rPr>
                <w:sz w:val="21"/>
              </w:rPr>
              <w:t xml:space="preserve"> </w:t>
            </w:r>
            <w:r>
              <w:rPr>
                <w:b w:val="0"/>
                <w:color w:val="B77D0B"/>
                <w:sz w:val="21"/>
              </w:rPr>
              <w:t>But it may reduce the need for embroiderers, which conflicts with KC’s social purpose, and machine embroidery may make products look less special, so tourists may pay less.</w:t>
            </w:r>
            <w:r>
              <w:rPr>
                <w:b/>
                <w:color w:val="B77D0B"/>
                <w:sz w:val="16"/>
              </w:rPr>
              <w:t xml:space="preserve"> [an]</w:t>
            </w:r>
          </w:p>
          <w:p>
            <w:pPr>
              <w:spacing w:after="60"/>
            </w:pPr>
            <w:r>
              <w:rPr>
                <w:b/>
                <w:color w:val="555555"/>
                <w:sz w:val="17"/>
              </w:rPr>
            </w:r>
            <w:r>
              <w:rPr>
                <w:sz w:val="21"/>
              </w:rPr>
              <w:t xml:space="preserve">Opportunity cost: </w:t>
            </w:r>
            <w:r>
              <w:rPr>
                <w:b w:val="0"/>
                <w:color w:val="B77D0B"/>
                <w:sz w:val="21"/>
              </w:rPr>
              <w:t>Whichever option Amna chooses, she gives up the benefits of the other.</w:t>
            </w:r>
            <w:r>
              <w:rPr>
                <w:b/>
                <w:color w:val="B77D0B"/>
                <w:sz w:val="16"/>
              </w:rPr>
              <w:t xml:space="preserve"> [an]</w:t>
            </w:r>
          </w:p>
          <w:p>
            <w:pPr>
              <w:spacing w:after="60"/>
            </w:pPr>
            <w:r>
              <w:rPr>
                <w:b/>
                <w:color w:val="555555"/>
                <w:sz w:val="17"/>
              </w:rPr>
            </w:r>
            <w:r>
              <w:rPr>
                <w:b w:val="0"/>
                <w:color w:val="2E8B57"/>
                <w:sz w:val="21"/>
              </w:rPr>
              <w:t>Recommendation: Amna should train and employ 10 more women. KC is a social enterprise, so its surplus should be used to achieve its social objective, and hand-made embroidery is what gives its products their higher price. I rejected the machine because it could replace workers and weaken KC’s brand. If demand keeps rising, KC could buy a machine later to help with simple tasks such as cutting.</w:t>
            </w:r>
            <w:r>
              <w:rPr>
                <w:b/>
                <w:color w:val="2E8B57"/>
                <w:sz w:val="16"/>
              </w:rPr>
              <w:t xml:space="preserve"> [eval]</w:t>
            </w:r>
          </w:p>
          <w:p>
            <w:pPr>
              <w:spacing w:after="60"/>
            </w:pPr>
            <w:r>
              <w:rPr>
                <w:b/>
                <w:color w:val="555555"/>
                <w:sz w:val="17"/>
              </w:rPr>
            </w:r>
            <w:r>
              <w:rPr>
                <w:i/>
                <w:color w:val="555555"/>
                <w:sz w:val="18"/>
              </w:rPr>
              <w:t>(Level 3: 9–12 marks)</w:t>
            </w:r>
          </w:p>
        </w:tc>
      </w:tr>
    </w:tbl>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Cambridge O Level Business 7081 · Chapter 1 · © Moaz Tariq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