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i w:val="0"/>
          <w:color w:val="0E7C86"/>
          <w:sz w:val="22"/>
        </w:rPr>
        <w:t>CHAPTER 1  ·  BUSINESS AND ITS ENVIRONMENT</w:t>
      </w:r>
    </w:p>
    <w:p>
      <w:pPr>
        <w:spacing w:after="80"/>
      </w:pPr>
      <w:r>
        <w:rPr>
          <w:b/>
          <w:i w:val="0"/>
          <w:color w:val="1F3A5F"/>
          <w:sz w:val="52"/>
        </w:rPr>
        <w:t>Part 1 Practice Paper with Model Answers</w:t>
      </w:r>
    </w:p>
    <w:p>
      <w:pPr>
        <w:spacing w:after="280"/>
      </w:pPr>
      <w:r>
        <w:rPr>
          <w:b w:val="0"/>
          <w:i/>
          <w:color w:val="555555"/>
          <w:sz w:val="24"/>
        </w:rPr>
        <w:t>Enterprise (AS 1.1). Full-mark answers, colour-coded by the skill each sentence earns.</w:t>
      </w:r>
    </w:p>
    <w:p>
      <w:r>
        <w:rPr>
          <w:b/>
        </w:rPr>
        <w:t xml:space="preserve">Colour key:  </w:t>
      </w:r>
      <w:r>
        <w:rPr>
          <w:b/>
          <w:color w:val="2F6FB5"/>
        </w:rPr>
        <w:t xml:space="preserve">[k] knowledge (AO1)   </w:t>
      </w:r>
      <w:r>
        <w:rPr>
          <w:b/>
          <w:color w:val="0E7C86"/>
        </w:rPr>
        <w:t xml:space="preserve">[app] application (AO2)   </w:t>
      </w:r>
      <w:r>
        <w:rPr>
          <w:b/>
          <w:color w:val="B77D0B"/>
        </w:rPr>
        <w:t xml:space="preserve">[an] analysis (AO3)   </w:t>
      </w:r>
      <w:r>
        <w:rPr>
          <w:b/>
          <w:color w:val="2E8B57"/>
        </w:rPr>
        <w:t xml:space="preserve">[eval] evaluation (AO4)   </w:t>
      </w:r>
    </w:p>
    <w:p>
      <w:pPr>
        <w:spacing w:after="120"/>
      </w:pPr>
      <w:r>
        <w:rPr>
          <w:b/>
          <w:i w:val="0"/>
          <w:color w:val="1F3A5F"/>
          <w:sz w:val="28"/>
        </w:rPr>
        <w:t>Section A  Key-term drill (2 marks each)</w:t>
      </w:r>
    </w:p>
    <w:p>
      <w:pPr>
        <w:spacing w:after="20"/>
      </w:pPr>
      <w:r>
        <w:rPr>
          <w:b/>
          <w:i w:val="0"/>
          <w:sz w:val="22"/>
        </w:rPr>
        <w:t>A1  Define the term business activity.</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The organised use of resources (land, labour, capital and enterprise) to produce goods and services that satisfy needs and wants.</w:t>
            </w:r>
            <w:r>
              <w:rPr>
                <w:b/>
                <w:color w:val="2F6FB5"/>
                <w:sz w:val="16"/>
              </w:rPr>
              <w:t xml:space="preserve"> [k]</w:t>
            </w:r>
          </w:p>
        </w:tc>
      </w:tr>
    </w:tbl>
    <w:p/>
    <w:p>
      <w:pPr>
        <w:spacing w:after="20"/>
      </w:pPr>
      <w:r>
        <w:rPr>
          <w:b/>
          <w:i w:val="0"/>
          <w:sz w:val="22"/>
        </w:rPr>
        <w:t>A2  Define the term factors of production.</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The resources needed to produce goods and services: land, labour, capital and enterprise.</w:t>
            </w:r>
            <w:r>
              <w:rPr>
                <w:b/>
                <w:color w:val="2F6FB5"/>
                <w:sz w:val="16"/>
              </w:rPr>
              <w:t xml:space="preserve"> [k]</w:t>
            </w:r>
          </w:p>
        </w:tc>
      </w:tr>
    </w:tbl>
    <w:p/>
    <w:p>
      <w:pPr>
        <w:spacing w:after="20"/>
      </w:pPr>
      <w:r>
        <w:rPr>
          <w:b/>
          <w:i w:val="0"/>
          <w:sz w:val="22"/>
        </w:rPr>
        <w:t>A3  Define the term capital (as a factor of production).</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Man-made resources used in production, such as machinery, equipment and buildings.</w:t>
            </w:r>
            <w:r>
              <w:rPr>
                <w:b/>
                <w:color w:val="2F6FB5"/>
                <w:sz w:val="16"/>
              </w:rPr>
              <w:t xml:space="preserve"> [k]</w:t>
            </w:r>
          </w:p>
        </w:tc>
      </w:tr>
    </w:tbl>
    <w:p/>
    <w:p>
      <w:pPr>
        <w:spacing w:after="20"/>
      </w:pPr>
      <w:r>
        <w:rPr>
          <w:b/>
          <w:i w:val="0"/>
          <w:sz w:val="22"/>
        </w:rPr>
        <w:t>A4  Define the term enterprise.</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The skill of organising the other factors of production and taking the risks of starting or developing a business.</w:t>
            </w:r>
            <w:r>
              <w:rPr>
                <w:b/>
                <w:color w:val="2F6FB5"/>
                <w:sz w:val="16"/>
              </w:rPr>
              <w:t xml:space="preserve"> [k]</w:t>
            </w:r>
          </w:p>
        </w:tc>
      </w:tr>
    </w:tbl>
    <w:p/>
    <w:p>
      <w:pPr>
        <w:spacing w:after="20"/>
      </w:pPr>
      <w:r>
        <w:rPr>
          <w:b/>
          <w:i w:val="0"/>
          <w:sz w:val="22"/>
        </w:rPr>
        <w:t>A5  Define the term added value.</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The difference between the selling price of a product and the cost of the bought-in materials and components used to make it.</w:t>
            </w:r>
            <w:r>
              <w:rPr>
                <w:b/>
                <w:color w:val="2F6FB5"/>
                <w:sz w:val="16"/>
              </w:rPr>
              <w:t xml:space="preserve"> [k]</w:t>
            </w:r>
          </w:p>
        </w:tc>
      </w:tr>
    </w:tbl>
    <w:p/>
    <w:p>
      <w:pPr>
        <w:spacing w:after="20"/>
      </w:pPr>
      <w:r>
        <w:rPr>
          <w:b/>
          <w:i w:val="0"/>
          <w:sz w:val="22"/>
        </w:rPr>
        <w:t>A6  Define the term scarcity.</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The situation in which there are not enough resources to satisfy all wants, so choices must be made.</w:t>
            </w:r>
            <w:r>
              <w:rPr>
                <w:b/>
                <w:color w:val="2F6FB5"/>
                <w:sz w:val="16"/>
              </w:rPr>
              <w:t xml:space="preserve"> [k]</w:t>
            </w:r>
          </w:p>
        </w:tc>
      </w:tr>
    </w:tbl>
    <w:p/>
    <w:p>
      <w:pPr>
        <w:spacing w:after="20"/>
      </w:pPr>
      <w:r>
        <w:rPr>
          <w:b/>
          <w:i w:val="0"/>
          <w:sz w:val="22"/>
        </w:rPr>
        <w:t>A7  Define the term business plan.</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A written document setting out a business’s objectives and how it will achieve them, including marketing, operations, human resource and financial forecasts.</w:t>
            </w:r>
            <w:r>
              <w:rPr>
                <w:b/>
                <w:color w:val="2F6FB5"/>
                <w:sz w:val="16"/>
              </w:rPr>
              <w:t xml:space="preserve"> [k]</w:t>
            </w:r>
          </w:p>
        </w:tc>
      </w:tr>
    </w:tbl>
    <w:p/>
    <w:p>
      <w:pPr>
        <w:spacing w:after="20"/>
      </w:pPr>
      <w:r>
        <w:rPr>
          <w:b/>
          <w:i w:val="0"/>
          <w:sz w:val="22"/>
        </w:rPr>
        <w:t>A8  Define the term risk.</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A situation in which the possible outcomes and their likelihood can be estimated, so the chance of loss can be measured.</w:t>
            </w:r>
            <w:r>
              <w:rPr>
                <w:b/>
                <w:color w:val="2F6FB5"/>
                <w:sz w:val="16"/>
              </w:rPr>
              <w:t xml:space="preserve"> [k]</w:t>
            </w:r>
          </w:p>
        </w:tc>
      </w:tr>
    </w:tbl>
    <w:p/>
    <w:p>
      <w:pPr>
        <w:spacing w:after="20"/>
      </w:pPr>
      <w:r>
        <w:rPr>
          <w:b/>
          <w:i w:val="0"/>
          <w:sz w:val="22"/>
        </w:rPr>
        <w:t>A9  Define the term uncertainty.</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A situation in which the possible outcomes, or their likelihood, cannot be measured.</w:t>
            </w:r>
            <w:r>
              <w:rPr>
                <w:b/>
                <w:color w:val="2F6FB5"/>
                <w:sz w:val="16"/>
              </w:rPr>
              <w:t xml:space="preserve"> [k]</w:t>
            </w:r>
          </w:p>
        </w:tc>
      </w:tr>
    </w:tbl>
    <w:p/>
    <w:p>
      <w:pPr>
        <w:spacing w:after="20"/>
      </w:pPr>
      <w:r>
        <w:rPr>
          <w:b/>
          <w:i w:val="0"/>
          <w:sz w:val="22"/>
        </w:rPr>
        <w:t>A10  Define the term dynamic business environment.</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A business environment that changes often, for example in technology, competition, consumer tastes or the economy.</w:t>
            </w:r>
            <w:r>
              <w:rPr>
                <w:b/>
                <w:color w:val="2F6FB5"/>
                <w:sz w:val="16"/>
              </w:rPr>
              <w:t xml:space="preserve"> [k]</w:t>
            </w:r>
          </w:p>
        </w:tc>
      </w:tr>
    </w:tbl>
    <w:p/>
    <w:p>
      <w:pPr>
        <w:spacing w:after="20"/>
      </w:pPr>
      <w:r>
        <w:rPr>
          <w:b/>
          <w:i w:val="0"/>
          <w:sz w:val="22"/>
        </w:rPr>
        <w:t>A11  Define the term multinational business.</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A business that produces goods or services in more than one country (not just one that exports).</w:t>
            </w:r>
            <w:r>
              <w:rPr>
                <w:b/>
                <w:color w:val="2F6FB5"/>
                <w:sz w:val="16"/>
              </w:rPr>
              <w:t xml:space="preserve"> [k]</w:t>
            </w:r>
          </w:p>
        </w:tc>
      </w:tr>
    </w:tbl>
    <w:p/>
    <w:p>
      <w:pPr>
        <w:spacing w:after="20"/>
      </w:pPr>
      <w:r>
        <w:rPr>
          <w:b/>
          <w:i w:val="0"/>
          <w:sz w:val="22"/>
        </w:rPr>
        <w:t>A12  Define the term intrapreneurship.</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Entrepreneurial behaviour by an employee within an existing business, developing and implementing new ideas, products or processes.</w:t>
            </w:r>
            <w:r>
              <w:rPr>
                <w:b/>
                <w:color w:val="2F6FB5"/>
                <w:sz w:val="16"/>
              </w:rPr>
              <w:t xml:space="preserve"> [k]</w:t>
            </w:r>
          </w:p>
        </w:tc>
      </w:tr>
    </w:tbl>
    <w:p/>
    <w:p>
      <w:r>
        <w:br w:type="page"/>
      </w:r>
    </w:p>
    <w:p>
      <w:pPr>
        <w:spacing w:after="120"/>
      </w:pPr>
      <w:r>
        <w:rPr>
          <w:b/>
          <w:i w:val="0"/>
          <w:color w:val="1F3A5F"/>
          <w:sz w:val="28"/>
        </w:rPr>
        <w:t>Section B  Paper 1 style: business concepts (40 marks)</w:t>
      </w:r>
    </w:p>
    <w:p>
      <w:pPr>
        <w:spacing w:after="120"/>
      </w:pPr>
      <w:r>
        <w:rPr>
          <w:b w:val="0"/>
          <w:i/>
          <w:sz w:val="20"/>
        </w:rPr>
        <w:t>Section B(i): answer all questions. Section B(ii): answer one question only. Time: 1 hour 15 minutes.</w:t>
      </w:r>
    </w:p>
    <w:p>
      <w:pPr>
        <w:spacing w:after="120"/>
      </w:pPr>
      <w:r>
        <w:rPr>
          <w:b/>
          <w:i w:val="0"/>
          <w:color w:val="0E7C86"/>
          <w:sz w:val="24"/>
        </w:rPr>
        <w:t>B(i)  Answer all questions.</w:t>
      </w:r>
    </w:p>
    <w:p>
      <w:pPr>
        <w:spacing w:after="40"/>
      </w:pPr>
      <w:r>
        <w:rPr>
          <w:b/>
          <w:i w:val="0"/>
          <w:sz w:val="22"/>
        </w:rPr>
        <w:t>1  (a)  Define the term opportunity cost.</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Opportunity cost is the benefit of the next best alternative that is given up when a choice is made.</w:t>
            </w:r>
            <w:r>
              <w:rPr>
                <w:b/>
                <w:color w:val="2F6FB5"/>
                <w:sz w:val="16"/>
              </w:rPr>
              <w:t xml:space="preserve"> [k]</w:t>
            </w:r>
            <w:r>
              <w:rPr>
                <w:i/>
                <w:color w:val="555555"/>
                <w:sz w:val="18"/>
              </w:rPr>
              <w:t xml:space="preserve"> (2 marks)</w:t>
            </w:r>
          </w:p>
        </w:tc>
      </w:tr>
    </w:tbl>
    <w:p/>
    <w:p>
      <w:pPr>
        <w:spacing w:after="40"/>
      </w:pPr>
      <w:r>
        <w:rPr>
          <w:b/>
          <w:i w:val="0"/>
          <w:sz w:val="22"/>
        </w:rPr>
        <w:t xml:space="preserve">   (b)  Explain one factor of production needed for business activity.</w:t>
      </w:r>
      <w:r>
        <w:rPr>
          <w:b/>
        </w:rPr>
        <w:t xml:space="preserve">  [3]</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Capital is one factor of production.</w:t>
            </w:r>
            <w:r>
              <w:rPr>
                <w:b/>
                <w:color w:val="2F6FB5"/>
                <w:sz w:val="16"/>
              </w:rPr>
              <w:t xml:space="preserve"> [k]</w:t>
            </w:r>
            <w:r>
              <w:rPr>
                <w:sz w:val="21"/>
              </w:rPr>
              <w:t xml:space="preserve"> </w:t>
            </w:r>
            <w:r>
              <w:rPr>
                <w:color w:val="0E7C86"/>
                <w:sz w:val="21"/>
              </w:rPr>
              <w:t>It means man-made resources such as machinery, tools and buildings,</w:t>
            </w:r>
            <w:r>
              <w:rPr>
                <w:b/>
                <w:color w:val="0E7C86"/>
                <w:sz w:val="16"/>
              </w:rPr>
              <w:t xml:space="preserve"> [app]</w:t>
            </w:r>
            <w:r>
              <w:rPr>
                <w:sz w:val="21"/>
              </w:rPr>
              <w:t xml:space="preserve"> </w:t>
            </w:r>
            <w:r>
              <w:rPr>
                <w:color w:val="0E7C86"/>
                <w:sz w:val="21"/>
              </w:rPr>
              <w:t>which a business needs to turn raw materials into finished products quickly and to a consistent quality.</w:t>
            </w:r>
            <w:r>
              <w:rPr>
                <w:b/>
                <w:color w:val="0E7C86"/>
                <w:sz w:val="16"/>
              </w:rPr>
              <w:t xml:space="preserve"> [app]</w:t>
            </w:r>
            <w:r>
              <w:rPr>
                <w:i/>
                <w:color w:val="555555"/>
                <w:sz w:val="18"/>
              </w:rPr>
              <w:t xml:space="preserve"> (3 marks: AO1 1 + AO2 2)</w:t>
            </w:r>
          </w:p>
        </w:tc>
      </w:tr>
    </w:tbl>
    <w:p/>
    <w:p>
      <w:pPr>
        <w:spacing w:after="40"/>
      </w:pPr>
      <w:r>
        <w:rPr>
          <w:b/>
          <w:i w:val="0"/>
          <w:sz w:val="22"/>
        </w:rPr>
        <w:t>2  (a)  Define the term entrepreneur.</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An entrepreneur is a person who identifies a business opportunity, organises the resources needed to start or develop a business and takes the risk of losing money if it fails.</w:t>
            </w:r>
            <w:r>
              <w:rPr>
                <w:b/>
                <w:color w:val="2F6FB5"/>
                <w:sz w:val="16"/>
              </w:rPr>
              <w:t xml:space="preserve"> [k]</w:t>
            </w:r>
            <w:r>
              <w:rPr>
                <w:i/>
                <w:color w:val="555555"/>
                <w:sz w:val="18"/>
              </w:rPr>
              <w:t xml:space="preserve"> (2 marks)</w:t>
            </w:r>
          </w:p>
        </w:tc>
      </w:tr>
    </w:tbl>
    <w:p/>
    <w:p>
      <w:pPr>
        <w:spacing w:after="40"/>
      </w:pPr>
      <w:r>
        <w:rPr>
          <w:b/>
          <w:i w:val="0"/>
          <w:sz w:val="22"/>
        </w:rPr>
        <w:t xml:space="preserve">   (b)  Explain two qualities of a successful entrepreneur.</w:t>
      </w:r>
      <w:r>
        <w:rPr>
          <w:b/>
        </w:rPr>
        <w:t xml:space="preserve">  [3]</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Two qualities are risk-taking and determination.</w:t>
            </w:r>
            <w:r>
              <w:rPr>
                <w:b/>
                <w:color w:val="2F6FB5"/>
                <w:sz w:val="16"/>
              </w:rPr>
              <w:t xml:space="preserve"> [k]</w:t>
            </w:r>
            <w:r>
              <w:rPr>
                <w:sz w:val="21"/>
              </w:rPr>
              <w:t xml:space="preserve"> </w:t>
            </w:r>
            <w:r>
              <w:rPr>
                <w:color w:val="0E7C86"/>
                <w:sz w:val="21"/>
              </w:rPr>
              <w:t>A risk-taker is willing to invest savings in an idea whose success is uncertain, which is needed because every new business may fail.</w:t>
            </w:r>
            <w:r>
              <w:rPr>
                <w:b/>
                <w:color w:val="0E7C86"/>
                <w:sz w:val="16"/>
              </w:rPr>
              <w:t xml:space="preserve"> [app]</w:t>
            </w:r>
            <w:r>
              <w:rPr>
                <w:sz w:val="21"/>
              </w:rPr>
              <w:t xml:space="preserve"> </w:t>
            </w:r>
            <w:r>
              <w:rPr>
                <w:color w:val="0E7C86"/>
                <w:sz w:val="21"/>
              </w:rPr>
              <w:t>Determination helps the entrepreneur keep going through long hours and early setbacks, such as being refused a loan.</w:t>
            </w:r>
            <w:r>
              <w:rPr>
                <w:b/>
                <w:color w:val="0E7C86"/>
                <w:sz w:val="16"/>
              </w:rPr>
              <w:t xml:space="preserve"> [app]</w:t>
            </w:r>
            <w:r>
              <w:rPr>
                <w:i/>
                <w:color w:val="555555"/>
                <w:sz w:val="18"/>
              </w:rPr>
              <w:t xml:space="preserve"> (3 marks: AO1 1 + AO2 2)</w:t>
            </w:r>
          </w:p>
        </w:tc>
      </w:tr>
    </w:tbl>
    <w:p/>
    <w:p>
      <w:pPr>
        <w:spacing w:after="40"/>
      </w:pPr>
      <w:r>
        <w:rPr>
          <w:b/>
          <w:i w:val="0"/>
          <w:sz w:val="22"/>
        </w:rPr>
        <w:t>3  (a)  Define the term intrapreneur.</w:t>
      </w:r>
      <w:r>
        <w:rPr>
          <w:b/>
        </w:rPr>
        <w:t xml:space="preserve">  [2]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An intrapreneur is an employee who behaves like an entrepreneur inside an existing business, developing and putting into practice new ideas, products or processes using the business’s resources.</w:t>
            </w:r>
            <w:r>
              <w:rPr>
                <w:b/>
                <w:color w:val="2F6FB5"/>
                <w:sz w:val="16"/>
              </w:rPr>
              <w:t xml:space="preserve"> [k]</w:t>
            </w:r>
            <w:r>
              <w:rPr>
                <w:i/>
                <w:color w:val="555555"/>
                <w:sz w:val="18"/>
              </w:rPr>
              <w:t xml:space="preserve"> (2 marks)</w:t>
            </w:r>
          </w:p>
        </w:tc>
      </w:tr>
    </w:tbl>
    <w:p/>
    <w:p>
      <w:pPr>
        <w:spacing w:after="40"/>
      </w:pPr>
      <w:r>
        <w:rPr>
          <w:b/>
          <w:i w:val="0"/>
          <w:sz w:val="22"/>
        </w:rPr>
        <w:t xml:space="preserve">   (b)  Explain one benefit to a business of having a business plan.</w:t>
      </w:r>
      <w:r>
        <w:rPr>
          <w:b/>
        </w:rPr>
        <w:t xml:space="preserve">  [3]</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A business plan helps a business obtain finance.</w:t>
            </w:r>
            <w:r>
              <w:rPr>
                <w:b/>
                <w:color w:val="2F6FB5"/>
                <w:sz w:val="16"/>
              </w:rPr>
              <w:t xml:space="preserve"> [k]</w:t>
            </w:r>
            <w:r>
              <w:rPr>
                <w:sz w:val="21"/>
              </w:rPr>
              <w:t xml:space="preserve"> </w:t>
            </w:r>
            <w:r>
              <w:rPr>
                <w:color w:val="0E7C86"/>
                <w:sz w:val="21"/>
              </w:rPr>
              <w:t>It contains forecasts of sales, costs and cash flow and shows how the business will compete,</w:t>
            </w:r>
            <w:r>
              <w:rPr>
                <w:b/>
                <w:color w:val="0E7C86"/>
                <w:sz w:val="16"/>
              </w:rPr>
              <w:t xml:space="preserve"> [app]</w:t>
            </w:r>
            <w:r>
              <w:rPr>
                <w:sz w:val="21"/>
              </w:rPr>
              <w:t xml:space="preserve"> </w:t>
            </w:r>
            <w:r>
              <w:rPr>
                <w:color w:val="0E7C86"/>
                <w:sz w:val="21"/>
              </w:rPr>
              <w:t>so a bank can judge whether a loan is likely to be repaid and is more willing to lend.</w:t>
            </w:r>
            <w:r>
              <w:rPr>
                <w:b/>
                <w:color w:val="0E7C86"/>
                <w:sz w:val="16"/>
              </w:rPr>
              <w:t xml:space="preserve"> [app]</w:t>
            </w:r>
            <w:r>
              <w:rPr>
                <w:i/>
                <w:color w:val="555555"/>
                <w:sz w:val="18"/>
              </w:rPr>
              <w:t xml:space="preserve"> (3 marks: AO1 1 + AO2 2)</w:t>
            </w:r>
          </w:p>
        </w:tc>
      </w:tr>
    </w:tbl>
    <w:p/>
    <w:p>
      <w:pPr>
        <w:spacing w:after="40"/>
      </w:pPr>
      <w:r>
        <w:rPr>
          <w:b/>
          <w:i w:val="0"/>
          <w:sz w:val="22"/>
        </w:rPr>
        <w:t>4  Analyse one way a business might fail as a consequence of lack of finance.</w:t>
      </w:r>
      <w:r>
        <w:rPr>
          <w:b/>
        </w:rPr>
        <w:t xml:space="preserve">  [5]</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Lack of finance can mean a business cannot pay its suppliers when payment is due.</w:t>
            </w:r>
            <w:r>
              <w:rPr>
                <w:b/>
                <w:color w:val="2F6FB5"/>
                <w:sz w:val="16"/>
              </w:rPr>
              <w:t xml:space="preserve"> [k]</w:t>
            </w:r>
            <w:r>
              <w:rPr>
                <w:sz w:val="21"/>
              </w:rPr>
              <w:t xml:space="preserve"> </w:t>
            </w:r>
            <w:r>
              <w:rPr>
                <w:color w:val="0E7C86"/>
                <w:sz w:val="21"/>
              </w:rPr>
              <w:t>For example, a manufacturer that has spent its cash on equipment may have no working capital left to pay for raw materials,</w:t>
            </w:r>
            <w:r>
              <w:rPr>
                <w:b/>
                <w:color w:val="0E7C86"/>
                <w:sz w:val="16"/>
              </w:rPr>
              <w:t xml:space="preserve"> [app]</w:t>
            </w:r>
            <w:r>
              <w:rPr>
                <w:sz w:val="21"/>
              </w:rPr>
              <w:t xml:space="preserve"> </w:t>
            </w:r>
            <w:r>
              <w:rPr>
                <w:color w:val="0E7C86"/>
                <w:sz w:val="21"/>
              </w:rPr>
              <w:t>so suppliers refuse to deliver until they are paid.</w:t>
            </w:r>
            <w:r>
              <w:rPr>
                <w:b/>
                <w:color w:val="0E7C86"/>
                <w:sz w:val="16"/>
              </w:rPr>
              <w:t xml:space="preserve"> [app]</w:t>
            </w:r>
            <w:r>
              <w:rPr>
                <w:sz w:val="21"/>
              </w:rPr>
              <w:t xml:space="preserve"> </w:t>
            </w:r>
            <w:r>
              <w:rPr>
                <w:color w:val="B77D0B"/>
                <w:sz w:val="21"/>
              </w:rPr>
              <w:t>Without materials, production stops and orders cannot be completed, so revenue falls and customers move to rivals.</w:t>
            </w:r>
            <w:r>
              <w:rPr>
                <w:b/>
                <w:color w:val="B77D0B"/>
                <w:sz w:val="16"/>
              </w:rPr>
              <w:t xml:space="preserve"> [an]</w:t>
            </w:r>
            <w:r>
              <w:rPr>
                <w:sz w:val="21"/>
              </w:rPr>
              <w:t xml:space="preserve"> </w:t>
            </w:r>
            <w:r>
              <w:rPr>
                <w:color w:val="B77D0B"/>
                <w:sz w:val="21"/>
              </w:rPr>
              <w:t>With falling revenue and unpaid debts, creditors may take legal action to recover what they are owed, forcing the business into insolvency or liquidation even if it was profitable on paper.</w:t>
            </w:r>
            <w:r>
              <w:rPr>
                <w:b/>
                <w:color w:val="B77D0B"/>
                <w:sz w:val="16"/>
              </w:rPr>
              <w:t xml:space="preserve"> [an]</w:t>
            </w:r>
            <w:r>
              <w:rPr>
                <w:i/>
                <w:color w:val="555555"/>
                <w:sz w:val="18"/>
              </w:rPr>
              <w:t xml:space="preserve"> (5 marks: AO1 1 + AO2 2 + AO3 2)</w:t>
            </w:r>
          </w:p>
        </w:tc>
      </w:tr>
    </w:tbl>
    <w:p/>
    <w:p>
      <w:pPr>
        <w:spacing w:after="120"/>
      </w:pPr>
      <w:r>
        <w:rPr>
          <w:b/>
          <w:i w:val="0"/>
          <w:color w:val="0E7C86"/>
          <w:sz w:val="24"/>
        </w:rPr>
        <w:t>B(ii)  Answer one question only.</w:t>
      </w:r>
    </w:p>
    <w:p>
      <w:pPr>
        <w:spacing w:after="40"/>
      </w:pPr>
      <w:r>
        <w:rPr>
          <w:b/>
          <w:i w:val="0"/>
          <w:sz w:val="22"/>
        </w:rPr>
        <w:t>5  (a)  Analyse two ways business enterprise can help the development of a country.</w:t>
      </w:r>
      <w:r>
        <w:rPr>
          <w:b/>
        </w:rPr>
        <w:t xml:space="preserve">  [8]</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sz w:val="21"/>
              </w:rPr>
              <w:t xml:space="preserve">Way 1: </w:t>
            </w:r>
            <w:r>
              <w:rPr>
                <w:color w:val="2F6FB5"/>
                <w:sz w:val="21"/>
              </w:rPr>
              <w:t>Enterprise creates jobs.</w:t>
            </w:r>
            <w:r>
              <w:rPr>
                <w:b/>
                <w:color w:val="2F6FB5"/>
                <w:sz w:val="16"/>
              </w:rPr>
              <w:t xml:space="preserve"> [k]</w:t>
            </w:r>
            <w:r>
              <w:rPr>
                <w:sz w:val="21"/>
              </w:rPr>
              <w:t xml:space="preserve"> </w:t>
            </w:r>
            <w:r>
              <w:rPr>
                <w:color w:val="0E7C86"/>
                <w:sz w:val="21"/>
              </w:rPr>
              <w:t>New businesses employ local people, for example in shops, workshops and services,</w:t>
            </w:r>
            <w:r>
              <w:rPr>
                <w:b/>
                <w:color w:val="0E7C86"/>
                <w:sz w:val="16"/>
              </w:rPr>
              <w:t xml:space="preserve"> [app]</w:t>
            </w:r>
            <w:r>
              <w:rPr>
                <w:sz w:val="21"/>
              </w:rPr>
              <w:t xml:space="preserve"> </w:t>
            </w:r>
            <w:r>
              <w:rPr>
                <w:color w:val="B77D0B"/>
                <w:sz w:val="21"/>
              </w:rPr>
              <w:t>so unemployment falls and households have more income to spend,</w:t>
            </w:r>
            <w:r>
              <w:rPr>
                <w:b/>
                <w:color w:val="B77D0B"/>
                <w:sz w:val="16"/>
              </w:rPr>
              <w:t xml:space="preserve"> [an]</w:t>
            </w:r>
            <w:r>
              <w:rPr>
                <w:sz w:val="21"/>
              </w:rPr>
              <w:t xml:space="preserve"> </w:t>
            </w:r>
            <w:r>
              <w:rPr>
                <w:color w:val="B77D0B"/>
                <w:sz w:val="21"/>
              </w:rPr>
              <w:t>which increases demand for other businesses and raises living standards across the country.</w:t>
            </w:r>
            <w:r>
              <w:rPr>
                <w:b/>
                <w:color w:val="B77D0B"/>
                <w:sz w:val="16"/>
              </w:rPr>
              <w:t xml:space="preserve"> [an]</w:t>
            </w:r>
          </w:p>
          <w:p>
            <w:pPr>
              <w:spacing w:after="60"/>
            </w:pPr>
            <w:r>
              <w:rPr>
                <w:sz w:val="21"/>
              </w:rPr>
              <w:t xml:space="preserve">Way 2: </w:t>
            </w:r>
            <w:r>
              <w:rPr>
                <w:color w:val="2F6FB5"/>
                <w:sz w:val="21"/>
              </w:rPr>
              <w:t>Enterprise increases government tax revenue.</w:t>
            </w:r>
            <w:r>
              <w:rPr>
                <w:b/>
                <w:color w:val="2F6FB5"/>
                <w:sz w:val="16"/>
              </w:rPr>
              <w:t xml:space="preserve"> [k]</w:t>
            </w:r>
            <w:r>
              <w:rPr>
                <w:sz w:val="21"/>
              </w:rPr>
              <w:t xml:space="preserve"> </w:t>
            </w:r>
            <w:r>
              <w:rPr>
                <w:color w:val="0E7C86"/>
                <w:sz w:val="21"/>
              </w:rPr>
              <w:t>Successful entrepreneurs pay tax on profits, and their employees pay income tax,</w:t>
            </w:r>
            <w:r>
              <w:rPr>
                <w:b/>
                <w:color w:val="0E7C86"/>
                <w:sz w:val="16"/>
              </w:rPr>
              <w:t xml:space="preserve"> [app]</w:t>
            </w:r>
            <w:r>
              <w:rPr>
                <w:sz w:val="21"/>
              </w:rPr>
              <w:t xml:space="preserve"> </w:t>
            </w:r>
            <w:r>
              <w:rPr>
                <w:color w:val="B77D0B"/>
                <w:sz w:val="21"/>
              </w:rPr>
              <w:t>so the government can spend more on schools, health care and roads,</w:t>
            </w:r>
            <w:r>
              <w:rPr>
                <w:b/>
                <w:color w:val="B77D0B"/>
                <w:sz w:val="16"/>
              </w:rPr>
              <w:t xml:space="preserve"> [an]</w:t>
            </w:r>
            <w:r>
              <w:rPr>
                <w:sz w:val="21"/>
              </w:rPr>
              <w:t xml:space="preserve"> </w:t>
            </w:r>
            <w:r>
              <w:rPr>
                <w:color w:val="B77D0B"/>
                <w:sz w:val="21"/>
              </w:rPr>
              <w:t>which improves the skills and infrastructure that help further businesses start and grow.</w:t>
            </w:r>
            <w:r>
              <w:rPr>
                <w:b/>
                <w:color w:val="B77D0B"/>
                <w:sz w:val="16"/>
              </w:rPr>
              <w:t xml:space="preserve"> [an]</w:t>
            </w:r>
          </w:p>
          <w:p>
            <w:pPr>
              <w:spacing w:after="60"/>
            </w:pPr>
            <w:r>
              <w:rPr>
                <w:i/>
                <w:color w:val="555555"/>
                <w:sz w:val="18"/>
              </w:rPr>
              <w:t>(8 marks: AO1 2 + AO2 2 + AO3 4)</w:t>
            </w:r>
          </w:p>
        </w:tc>
      </w:tr>
    </w:tbl>
    <w:p/>
    <w:p>
      <w:pPr>
        <w:spacing w:after="40"/>
      </w:pPr>
      <w:r>
        <w:rPr>
          <w:b/>
          <w:i w:val="0"/>
          <w:sz w:val="22"/>
        </w:rPr>
        <w:t xml:space="preserve">   (b)  ‘The main reason why many small businesses fail is that they do not understand the difference between cash and profit.’ Evaluate this view.</w:t>
      </w:r>
      <w:r>
        <w:rPr>
          <w:b/>
        </w:rPr>
        <w:t xml:space="preserve">  [12]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Profit is the difference between revenue and costs over a period, while cash is the money a business actually has available to pay its bills.</w:t>
            </w:r>
            <w:r>
              <w:rPr>
                <w:b/>
                <w:color w:val="2F6FB5"/>
                <w:sz w:val="16"/>
              </w:rPr>
              <w:t xml:space="preserve"> [k]</w:t>
            </w:r>
            <w:r>
              <w:rPr>
                <w:sz w:val="21"/>
              </w:rPr>
              <w:t xml:space="preserve"> </w:t>
            </w:r>
            <w:r>
              <w:rPr>
                <w:color w:val="0E7C86"/>
                <w:sz w:val="21"/>
              </w:rPr>
              <w:t>A small business may make a profit on paper but give customers 60 days’ credit while paying suppliers in 30 days,</w:t>
            </w:r>
            <w:r>
              <w:rPr>
                <w:b/>
                <w:color w:val="0E7C86"/>
                <w:sz w:val="16"/>
              </w:rPr>
              <w:t xml:space="preserve"> [app]</w:t>
            </w:r>
            <w:r>
              <w:rPr>
                <w:sz w:val="21"/>
              </w:rPr>
              <w:t xml:space="preserve"> </w:t>
            </w:r>
            <w:r>
              <w:rPr>
                <w:color w:val="B77D0B"/>
                <w:sz w:val="21"/>
              </w:rPr>
              <w:t>so it runs out of cash, cannot pay wages or rent, and creditors may force it to close even though its products sell well.</w:t>
            </w:r>
            <w:r>
              <w:rPr>
                <w:b/>
                <w:color w:val="B77D0B"/>
                <w:sz w:val="16"/>
              </w:rPr>
              <w:t xml:space="preserve"> [an]</w:t>
            </w:r>
          </w:p>
          <w:p>
            <w:pPr>
              <w:spacing w:after="60"/>
            </w:pPr>
            <w:r>
              <w:rPr>
                <w:color w:val="2F6FB5"/>
                <w:sz w:val="21"/>
              </w:rPr>
              <w:t>However, many small businesses fail for other reasons, such as weak demand or poor management.</w:t>
            </w:r>
            <w:r>
              <w:rPr>
                <w:b/>
                <w:color w:val="2F6FB5"/>
                <w:sz w:val="16"/>
              </w:rPr>
              <w:t xml:space="preserve"> [k]</w:t>
            </w:r>
            <w:r>
              <w:rPr>
                <w:sz w:val="21"/>
              </w:rPr>
              <w:t xml:space="preserve"> </w:t>
            </w:r>
            <w:r>
              <w:rPr>
                <w:color w:val="0E7C86"/>
                <w:sz w:val="21"/>
              </w:rPr>
              <w:t>A small shop in a poor location, or one facing a new large competitor, may never make enough sales to cover its costs,</w:t>
            </w:r>
            <w:r>
              <w:rPr>
                <w:b/>
                <w:color w:val="0E7C86"/>
                <w:sz w:val="16"/>
              </w:rPr>
              <w:t xml:space="preserve"> [app]</w:t>
            </w:r>
            <w:r>
              <w:rPr>
                <w:sz w:val="21"/>
              </w:rPr>
              <w:t xml:space="preserve"> </w:t>
            </w:r>
            <w:r>
              <w:rPr>
                <w:color w:val="B77D0B"/>
                <w:sz w:val="21"/>
              </w:rPr>
              <w:t>so it makes losses whatever the owner understands about cash, and lack of management skills can mean costs are not controlled.</w:t>
            </w:r>
            <w:r>
              <w:rPr>
                <w:b/>
                <w:color w:val="B77D0B"/>
                <w:sz w:val="16"/>
              </w:rPr>
              <w:t xml:space="preserve"> [an]</w:t>
            </w:r>
          </w:p>
          <w:p>
            <w:pPr>
              <w:spacing w:after="60"/>
            </w:pPr>
            <w:r>
              <w:rPr>
                <w:color w:val="2E8B57"/>
                <w:sz w:val="21"/>
              </w:rPr>
              <w:t>Confusing cash and profit is an important cause of failure because it explains why even profitable small businesses close, often suddenly.</w:t>
            </w:r>
            <w:r>
              <w:rPr>
                <w:b/>
                <w:color w:val="2E8B57"/>
                <w:sz w:val="16"/>
              </w:rPr>
              <w:t xml:space="preserve"> [eval]</w:t>
            </w:r>
            <w:r>
              <w:rPr>
                <w:sz w:val="21"/>
              </w:rPr>
              <w:t xml:space="preserve"> </w:t>
            </w:r>
            <w:r>
              <w:rPr>
                <w:color w:val="2E8B57"/>
                <w:sz w:val="21"/>
              </w:rPr>
              <w:t>But it is not the main reason in every case: when the basic idea is weak or there are not enough customers, the business fails because it is unprofitable, not because of cash timing.</w:t>
            </w:r>
            <w:r>
              <w:rPr>
                <w:b/>
                <w:color w:val="2E8B57"/>
                <w:sz w:val="16"/>
              </w:rPr>
              <w:t xml:space="preserve"> [eval]</w:t>
            </w:r>
            <w:r>
              <w:rPr>
                <w:sz w:val="21"/>
              </w:rPr>
              <w:t xml:space="preserve"> </w:t>
            </w:r>
            <w:r>
              <w:rPr>
                <w:color w:val="2E8B57"/>
                <w:sz w:val="21"/>
              </w:rPr>
              <w:t>So the view is only partly true; it depends on whether the business has sufficient demand, and the best protection is a business plan with both a profit forecast and a cash-flow forecast.</w:t>
            </w:r>
            <w:r>
              <w:rPr>
                <w:b/>
                <w:color w:val="2E8B57"/>
                <w:sz w:val="16"/>
              </w:rPr>
              <w:t xml:space="preserve"> [eval]</w:t>
            </w:r>
          </w:p>
          <w:p>
            <w:pPr>
              <w:spacing w:after="60"/>
            </w:pPr>
            <w:r>
              <w:rPr>
                <w:i/>
                <w:color w:val="555555"/>
                <w:sz w:val="18"/>
              </w:rPr>
              <w:t>(12 marks: AO1 2 + AO2 2 + AO3 2 + AO4 6)</w:t>
            </w:r>
          </w:p>
        </w:tc>
      </w:tr>
    </w:tbl>
    <w:p/>
    <w:p>
      <w:pPr>
        <w:spacing w:after="120"/>
        <w:jc w:val="center"/>
      </w:pPr>
      <w:r>
        <w:rPr>
          <w:b/>
          <w:i w:val="0"/>
          <w:sz w:val="22"/>
        </w:rPr>
        <w:t>OR</w:t>
      </w:r>
    </w:p>
    <w:p>
      <w:pPr>
        <w:spacing w:after="40"/>
      </w:pPr>
      <w:r>
        <w:rPr>
          <w:b/>
          <w:i w:val="0"/>
          <w:sz w:val="22"/>
        </w:rPr>
        <w:t>6  (a)  Analyse how marketing can add value to a product.</w:t>
      </w:r>
      <w:r>
        <w:rPr>
          <w:b/>
        </w:rPr>
        <w:t xml:space="preserve">  [8]</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Added value is the selling price minus the cost of bought-in materials and components, so marketing adds value if it lets the business charge more without raising those costs much.</w:t>
            </w:r>
            <w:r>
              <w:rPr>
                <w:b/>
                <w:color w:val="2F6FB5"/>
                <w:sz w:val="16"/>
              </w:rPr>
              <w:t xml:space="preserve"> [k]</w:t>
            </w:r>
            <w:r>
              <w:rPr>
                <w:sz w:val="21"/>
              </w:rPr>
              <w:t xml:space="preserve"> Way 1: </w:t>
            </w:r>
            <w:r>
              <w:rPr>
                <w:color w:val="2F6FB5"/>
                <w:sz w:val="21"/>
              </w:rPr>
              <w:t>Branding.</w:t>
            </w:r>
            <w:r>
              <w:rPr>
                <w:b/>
                <w:color w:val="2F6FB5"/>
                <w:sz w:val="16"/>
              </w:rPr>
              <w:t xml:space="preserve"> [k]</w:t>
            </w:r>
            <w:r>
              <w:rPr>
                <w:sz w:val="21"/>
              </w:rPr>
              <w:t xml:space="preserve"> </w:t>
            </w:r>
            <w:r>
              <w:rPr>
                <w:color w:val="0E7C86"/>
                <w:sz w:val="21"/>
              </w:rPr>
              <w:t>A strong brand, such as a well-known trainer brand, creates an image of quality and status,</w:t>
            </w:r>
            <w:r>
              <w:rPr>
                <w:b/>
                <w:color w:val="0E7C86"/>
                <w:sz w:val="16"/>
              </w:rPr>
              <w:t xml:space="preserve"> [app]</w:t>
            </w:r>
            <w:r>
              <w:rPr>
                <w:sz w:val="21"/>
              </w:rPr>
              <w:t xml:space="preserve"> </w:t>
            </w:r>
            <w:r>
              <w:rPr>
                <w:color w:val="B77D0B"/>
                <w:sz w:val="21"/>
              </w:rPr>
              <w:t>so customers are willing to pay a higher price than for an unbranded product made from similar materials,</w:t>
            </w:r>
            <w:r>
              <w:rPr>
                <w:b/>
                <w:color w:val="B77D0B"/>
                <w:sz w:val="16"/>
              </w:rPr>
              <w:t xml:space="preserve"> [an]</w:t>
            </w:r>
            <w:r>
              <w:rPr>
                <w:sz w:val="21"/>
              </w:rPr>
              <w:t xml:space="preserve"> </w:t>
            </w:r>
            <w:r>
              <w:rPr>
                <w:color w:val="B77D0B"/>
                <w:sz w:val="21"/>
              </w:rPr>
              <w:t>which increases the gap between price and bought-in costs and so increases added value.</w:t>
            </w:r>
            <w:r>
              <w:rPr>
                <w:b/>
                <w:color w:val="B77D0B"/>
                <w:sz w:val="16"/>
              </w:rPr>
              <w:t xml:space="preserve"> [an]</w:t>
            </w:r>
          </w:p>
          <w:p>
            <w:pPr>
              <w:spacing w:after="60"/>
            </w:pPr>
            <w:r>
              <w:rPr>
                <w:sz w:val="21"/>
              </w:rPr>
              <w:t xml:space="preserve">Way 2: </w:t>
            </w:r>
            <w:r>
              <w:rPr>
                <w:color w:val="2F6FB5"/>
                <w:sz w:val="21"/>
              </w:rPr>
              <w:t>Market research and product design.</w:t>
            </w:r>
            <w:r>
              <w:rPr>
                <w:b/>
                <w:color w:val="2F6FB5"/>
                <w:sz w:val="16"/>
              </w:rPr>
              <w:t xml:space="preserve"> [k]</w:t>
            </w:r>
            <w:r>
              <w:rPr>
                <w:sz w:val="21"/>
              </w:rPr>
              <w:t xml:space="preserve"> </w:t>
            </w:r>
            <w:r>
              <w:rPr>
                <w:color w:val="0E7C86"/>
                <w:sz w:val="21"/>
              </w:rPr>
              <w:t>Research can identify features customers value, such as packaging that keeps food fresh for longer,</w:t>
            </w:r>
            <w:r>
              <w:rPr>
                <w:b/>
                <w:color w:val="0E7C86"/>
                <w:sz w:val="16"/>
              </w:rPr>
              <w:t xml:space="preserve"> [app]</w:t>
            </w:r>
            <w:r>
              <w:rPr>
                <w:sz w:val="21"/>
              </w:rPr>
              <w:t xml:space="preserve"> </w:t>
            </w:r>
            <w:r>
              <w:rPr>
                <w:color w:val="B77D0B"/>
                <w:sz w:val="21"/>
              </w:rPr>
              <w:t>so the business adds features that cost little but that customers will pay extra for,</w:t>
            </w:r>
            <w:r>
              <w:rPr>
                <w:b/>
                <w:color w:val="B77D0B"/>
                <w:sz w:val="16"/>
              </w:rPr>
              <w:t xml:space="preserve"> [an]</w:t>
            </w:r>
            <w:r>
              <w:rPr>
                <w:sz w:val="21"/>
              </w:rPr>
              <w:t xml:space="preserve"> </w:t>
            </w:r>
            <w:r>
              <w:rPr>
                <w:color w:val="B77D0B"/>
                <w:sz w:val="21"/>
              </w:rPr>
              <w:t>which raises the price customers accept and therefore the added value per unit.</w:t>
            </w:r>
            <w:r>
              <w:rPr>
                <w:b/>
                <w:color w:val="B77D0B"/>
                <w:sz w:val="16"/>
              </w:rPr>
              <w:t xml:space="preserve"> [an]</w:t>
            </w:r>
          </w:p>
          <w:p>
            <w:pPr>
              <w:spacing w:after="60"/>
            </w:pPr>
            <w:r>
              <w:rPr>
                <w:i/>
                <w:color w:val="555555"/>
                <w:sz w:val="18"/>
              </w:rPr>
              <w:t>(8 marks: AO1 2 + AO2 2 + AO3 4)</w:t>
            </w:r>
          </w:p>
        </w:tc>
      </w:tr>
    </w:tbl>
    <w:p/>
    <w:p>
      <w:pPr>
        <w:spacing w:after="40"/>
      </w:pPr>
      <w:r>
        <w:rPr>
          <w:b/>
          <w:i w:val="0"/>
          <w:sz w:val="22"/>
        </w:rPr>
        <w:t xml:space="preserve">   (b)  ‘Risk-taking is the most important quality needed by an entrepreneur to be successful in the furniture design industry.’ Evaluate this view.</w:t>
      </w:r>
      <w:r>
        <w:rPr>
          <w:b/>
        </w:rPr>
        <w:t xml:space="preserve">  [12]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Risk-taking means being willing to invest time and money when the outcome is uncertain.</w:t>
            </w:r>
            <w:r>
              <w:rPr>
                <w:b/>
                <w:color w:val="2F6FB5"/>
                <w:sz w:val="16"/>
              </w:rPr>
              <w:t xml:space="preserve"> [k]</w:t>
            </w:r>
            <w:r>
              <w:rPr>
                <w:sz w:val="21"/>
              </w:rPr>
              <w:t xml:space="preserve"> </w:t>
            </w:r>
            <w:r>
              <w:rPr>
                <w:color w:val="0E7C86"/>
                <w:sz w:val="21"/>
              </w:rPr>
              <w:t>In furniture design, an entrepreneur may need to spend savings on workshop tools and samples of new designs before knowing whether retailers will buy them,</w:t>
            </w:r>
            <w:r>
              <w:rPr>
                <w:b/>
                <w:color w:val="0E7C86"/>
                <w:sz w:val="16"/>
              </w:rPr>
              <w:t xml:space="preserve"> [app]</w:t>
            </w:r>
            <w:r>
              <w:rPr>
                <w:sz w:val="21"/>
              </w:rPr>
              <w:t xml:space="preserve"> </w:t>
            </w:r>
            <w:r>
              <w:rPr>
                <w:color w:val="B77D0B"/>
                <w:sz w:val="21"/>
              </w:rPr>
              <w:t>so without a willingness to take risk, the business would never launch new designs and could not grow.</w:t>
            </w:r>
            <w:r>
              <w:rPr>
                <w:b/>
                <w:color w:val="B77D0B"/>
                <w:sz w:val="16"/>
              </w:rPr>
              <w:t xml:space="preserve"> [an]</w:t>
            </w:r>
          </w:p>
          <w:p>
            <w:pPr>
              <w:spacing w:after="60"/>
            </w:pPr>
            <w:r>
              <w:rPr>
                <w:color w:val="2F6FB5"/>
                <w:sz w:val="21"/>
              </w:rPr>
              <w:t>However, creativity is another important entrepreneurial quality.</w:t>
            </w:r>
            <w:r>
              <w:rPr>
                <w:b/>
                <w:color w:val="2F6FB5"/>
                <w:sz w:val="16"/>
              </w:rPr>
              <w:t xml:space="preserve"> [k]</w:t>
            </w:r>
            <w:r>
              <w:rPr>
                <w:sz w:val="21"/>
              </w:rPr>
              <w:t xml:space="preserve"> </w:t>
            </w:r>
            <w:r>
              <w:rPr>
                <w:color w:val="0E7C86"/>
                <w:sz w:val="21"/>
              </w:rPr>
              <w:t>Furniture buyers pay for original, fashionable designs, and copies of popular styles are made cheaply by large manufacturers,</w:t>
            </w:r>
            <w:r>
              <w:rPr>
                <w:b/>
                <w:color w:val="0E7C86"/>
                <w:sz w:val="16"/>
              </w:rPr>
              <w:t xml:space="preserve"> [app]</w:t>
            </w:r>
            <w:r>
              <w:rPr>
                <w:sz w:val="21"/>
              </w:rPr>
              <w:t xml:space="preserve"> </w:t>
            </w:r>
            <w:r>
              <w:rPr>
                <w:color w:val="B77D0B"/>
                <w:sz w:val="21"/>
              </w:rPr>
              <w:t>so a designer who takes risks with unoriginal products simply loses money, while a creative designer can charge a premium price and build a brand.</w:t>
            </w:r>
            <w:r>
              <w:rPr>
                <w:b/>
                <w:color w:val="B77D0B"/>
                <w:sz w:val="16"/>
              </w:rPr>
              <w:t xml:space="preserve"> [an]</w:t>
            </w:r>
          </w:p>
          <w:p>
            <w:pPr>
              <w:spacing w:after="60"/>
            </w:pPr>
            <w:r>
              <w:rPr>
                <w:color w:val="2E8B57"/>
                <w:sz w:val="21"/>
              </w:rPr>
              <w:t>Risk-taking is necessary, but it is not the most important quality on its own: in a design-led industry, creativity decides whether the risk pays off.</w:t>
            </w:r>
            <w:r>
              <w:rPr>
                <w:b/>
                <w:color w:val="2E8B57"/>
                <w:sz w:val="16"/>
              </w:rPr>
              <w:t xml:space="preserve"> [eval]</w:t>
            </w:r>
            <w:r>
              <w:rPr>
                <w:sz w:val="21"/>
              </w:rPr>
              <w:t xml:space="preserve"> </w:t>
            </w:r>
            <w:r>
              <w:rPr>
                <w:color w:val="2E8B57"/>
                <w:sz w:val="21"/>
              </w:rPr>
              <w:t>Risk-taking matters most when large sums are needed, for example to buy machinery for a production run; for a small designer making to order, the risk is low and creativity, together with determination to keep improving designs, matters more.</w:t>
            </w:r>
            <w:r>
              <w:rPr>
                <w:b/>
                <w:color w:val="2E8B57"/>
                <w:sz w:val="16"/>
              </w:rPr>
              <w:t xml:space="preserve"> [eval]</w:t>
            </w:r>
            <w:r>
              <w:rPr>
                <w:sz w:val="21"/>
              </w:rPr>
              <w:t xml:space="preserve"> </w:t>
            </w:r>
            <w:r>
              <w:rPr>
                <w:color w:val="2E8B57"/>
                <w:sz w:val="21"/>
              </w:rPr>
              <w:t>So the view is only partly correct: the most important quality depends on how much capital is at stake and how quickly fashions change, but on balance creativity is more important.</w:t>
            </w:r>
            <w:r>
              <w:rPr>
                <w:b/>
                <w:color w:val="2E8B57"/>
                <w:sz w:val="16"/>
              </w:rPr>
              <w:t xml:space="preserve"> [eval]</w:t>
            </w:r>
          </w:p>
          <w:p>
            <w:pPr>
              <w:spacing w:after="60"/>
            </w:pPr>
            <w:r>
              <w:rPr>
                <w:i/>
                <w:color w:val="555555"/>
                <w:sz w:val="18"/>
              </w:rPr>
              <w:t>(12 marks: AO1 2 + AO2 2 + AO3 2 + AO4 6)</w:t>
            </w:r>
          </w:p>
        </w:tc>
      </w:tr>
    </w:tbl>
    <w:p/>
    <w:p>
      <w:r>
        <w:br w:type="page"/>
      </w:r>
    </w:p>
    <w:p>
      <w:pPr>
        <w:spacing w:after="120"/>
      </w:pPr>
      <w:r>
        <w:rPr>
          <w:b/>
          <w:i w:val="0"/>
          <w:color w:val="1F3A5F"/>
          <w:sz w:val="28"/>
        </w:rPr>
        <w:t>Section C  Paper 2 style: business decision-making (60 marks)</w:t>
      </w:r>
    </w:p>
    <w:p>
      <w:pPr>
        <w:spacing w:after="120"/>
      </w:pPr>
      <w:r>
        <w:rPr>
          <w:b w:val="0"/>
          <w:i/>
          <w:sz w:val="20"/>
        </w:rPr>
        <w:t>Answer all questions. Time: 1 hour 30 minutes. Read each case, then answer the questions that follow it.</w:t>
      </w:r>
    </w:p>
    <w:p>
      <w:pPr>
        <w:spacing w:after="120"/>
      </w:pPr>
      <w:r>
        <w:rPr>
          <w:b/>
          <w:i w:val="0"/>
          <w:color w:val="0E7C86"/>
          <w:sz w:val="26"/>
        </w:rPr>
        <w:t>Zara’s Bakes (ZB)</w:t>
      </w:r>
    </w:p>
    <w:tbl>
      <w:tblPr>
        <w:tblW w:type="auto" w:w="0"/>
        <w:tblLook w:firstColumn="1" w:firstRow="1" w:lastColumn="0" w:lastRow="0" w:noHBand="0" w:noVBand="1" w:val="04A0"/>
      </w:tblPr>
      <w:tblGrid>
        <w:gridCol w:w="4873"/>
        <w:gridCol w:w="4873"/>
      </w:tblGrid>
      <w:tr>
        <w:tc>
          <w:tcPr>
            <w:tcW w:type="dxa" w:w="8617"/>
          </w:tcPr>
          <w:p>
            <w:pPr>
              <w:spacing w:after="0"/>
            </w:pPr>
            <w:r/>
            <w:r>
              <w:rPr>
                <w:sz w:val="21"/>
              </w:rPr>
              <w:t>Zara’s Bakes (ZB) is a sole trader business owned by Zara. ZB makes celebration</w:t>
            </w:r>
          </w:p>
        </w:tc>
        <w:tc>
          <w:tcPr>
            <w:tcW w:type="dxa" w:w="680"/>
          </w:tcPr>
          <w:p>
            <w:r/>
            <w:r>
              <w:rPr>
                <w:color w:val="555555"/>
                <w:sz w:val="18"/>
              </w:rPr>
            </w:r>
          </w:p>
        </w:tc>
      </w:tr>
      <w:tr>
        <w:tc>
          <w:tcPr>
            <w:tcW w:type="dxa" w:w="8617"/>
          </w:tcPr>
          <w:p>
            <w:pPr>
              <w:spacing w:after="0"/>
            </w:pPr>
            <w:r/>
            <w:r>
              <w:rPr>
                <w:sz w:val="21"/>
              </w:rPr>
              <w:t>cakes for birthdays and weddings in city K in country B. Zara set up the business</w:t>
            </w:r>
          </w:p>
        </w:tc>
        <w:tc>
          <w:tcPr>
            <w:tcW w:type="dxa" w:w="680"/>
          </w:tcPr>
          <w:p>
            <w:r/>
            <w:r>
              <w:rPr>
                <w:color w:val="555555"/>
                <w:sz w:val="18"/>
              </w:rPr>
            </w:r>
          </w:p>
        </w:tc>
      </w:tr>
      <w:tr>
        <w:tc>
          <w:tcPr>
            <w:tcW w:type="dxa" w:w="8617"/>
          </w:tcPr>
          <w:p>
            <w:pPr>
              <w:spacing w:after="0"/>
            </w:pPr>
            <w:r/>
            <w:r>
              <w:rPr>
                <w:sz w:val="21"/>
              </w:rPr>
              <w:t>two years ago with $8000 of her own savings after a bank refused her a loan. She</w:t>
            </w:r>
          </w:p>
        </w:tc>
        <w:tc>
          <w:tcPr>
            <w:tcW w:type="dxa" w:w="680"/>
          </w:tcPr>
          <w:p>
            <w:r/>
            <w:r>
              <w:rPr>
                <w:color w:val="555555"/>
                <w:sz w:val="18"/>
              </w:rPr>
            </w:r>
          </w:p>
        </w:tc>
      </w:tr>
      <w:tr>
        <w:tc>
          <w:tcPr>
            <w:tcW w:type="dxa" w:w="8617"/>
          </w:tcPr>
          <w:p>
            <w:pPr>
              <w:spacing w:after="0"/>
            </w:pPr>
            <w:r/>
            <w:r>
              <w:rPr>
                <w:sz w:val="21"/>
              </w:rPr>
              <w:t>employs two part-time bakers and uses two ovens in a rented kitchen. Customers</w:t>
            </w:r>
          </w:p>
        </w:tc>
        <w:tc>
          <w:tcPr>
            <w:tcW w:type="dxa" w:w="680"/>
          </w:tcPr>
          <w:p>
            <w:r/>
            <w:r>
              <w:rPr>
                <w:color w:val="555555"/>
                <w:sz w:val="18"/>
              </w:rPr>
            </w:r>
          </w:p>
        </w:tc>
      </w:tr>
      <w:tr>
        <w:tc>
          <w:tcPr>
            <w:tcW w:type="dxa" w:w="8617"/>
          </w:tcPr>
          <w:p>
            <w:pPr>
              <w:spacing w:after="0"/>
            </w:pPr>
            <w:r/>
            <w:r>
              <w:rPr>
                <w:sz w:val="21"/>
              </w:rPr>
              <w:t>like ZB’s designs and many order again. Zara adds value by decorating each cake</w:t>
            </w:r>
          </w:p>
        </w:tc>
        <w:tc>
          <w:tcPr>
            <w:tcW w:type="dxa" w:w="680"/>
          </w:tcPr>
          <w:p>
            <w:r/>
            <w:r>
              <w:rPr>
                <w:color w:val="555555"/>
                <w:sz w:val="18"/>
              </w:rPr>
              <w:t>5</w:t>
            </w:r>
          </w:p>
        </w:tc>
      </w:tr>
      <w:tr>
        <w:tc>
          <w:tcPr>
            <w:tcW w:type="dxa" w:w="8617"/>
          </w:tcPr>
          <w:p>
            <w:pPr>
              <w:spacing w:after="0"/>
            </w:pPr>
            <w:r/>
            <w:r>
              <w:rPr>
                <w:sz w:val="21"/>
              </w:rPr>
              <w:t>to the customer’s own design. Table 1.1 shows ZB’s data for 2025.</w:t>
            </w:r>
          </w:p>
        </w:tc>
        <w:tc>
          <w:tcPr>
            <w:tcW w:type="dxa" w:w="680"/>
          </w:tcPr>
          <w:p>
            <w:r/>
            <w:r>
              <w:rPr>
                <w:color w:val="555555"/>
                <w:sz w:val="18"/>
              </w:rPr>
            </w:r>
          </w:p>
        </w:tc>
      </w:tr>
    </w:tbl>
    <w:p/>
    <w:p>
      <w:pPr>
        <w:spacing w:after="40"/>
        <w:jc w:val="center"/>
      </w:pPr>
      <w:r>
        <w:rPr>
          <w:b/>
          <w:i w:val="0"/>
          <w:sz w:val="20"/>
        </w:rPr>
        <w:t>Table 1.1 ZB data for 2025</w:t>
      </w:r>
    </w:p>
    <w:tbl>
      <w:tblPr>
        <w:tblStyle w:val="TableGrid"/>
        <w:tblW w:type="auto" w:w="0"/>
        <w:jc w:val="center"/>
        <w:tblLook w:firstColumn="1" w:firstRow="1" w:lastColumn="0" w:lastRow="0" w:noHBand="0" w:noVBand="1" w:val="04A0"/>
      </w:tblPr>
      <w:tblGrid>
        <w:gridCol w:w="4873"/>
        <w:gridCol w:w="4873"/>
      </w:tblGrid>
      <w:tr>
        <w:tc>
          <w:tcPr>
            <w:tcW w:type="dxa" w:w="4873"/>
            <w:shd w:val="clear" w:fill="DCE8F0"/>
          </w:tcPr>
          <w:p>
            <w:r/>
            <w:r>
              <w:rPr>
                <w:b/>
                <w:sz w:val="20"/>
              </w:rPr>
              <w:t>Item</w:t>
            </w:r>
          </w:p>
        </w:tc>
        <w:tc>
          <w:tcPr>
            <w:tcW w:type="dxa" w:w="4873"/>
            <w:shd w:val="clear" w:fill="DCE8F0"/>
          </w:tcPr>
          <w:p>
            <w:r/>
            <w:r>
              <w:rPr>
                <w:b/>
                <w:sz w:val="20"/>
              </w:rPr>
              <w:t>Value</w:t>
            </w:r>
          </w:p>
        </w:tc>
      </w:tr>
      <w:tr>
        <w:tc>
          <w:tcPr>
            <w:tcW w:type="dxa" w:w="4873"/>
          </w:tcPr>
          <w:p>
            <w:r/>
            <w:r>
              <w:rPr>
                <w:sz w:val="20"/>
              </w:rPr>
              <w:t>Average price per cake</w:t>
            </w:r>
          </w:p>
        </w:tc>
        <w:tc>
          <w:tcPr>
            <w:tcW w:type="dxa" w:w="4873"/>
          </w:tcPr>
          <w:p>
            <w:r/>
            <w:r>
              <w:rPr>
                <w:sz w:val="20"/>
              </w:rPr>
              <w:t>$40</w:t>
            </w:r>
          </w:p>
        </w:tc>
      </w:tr>
      <w:tr>
        <w:tc>
          <w:tcPr>
            <w:tcW w:type="dxa" w:w="4873"/>
          </w:tcPr>
          <w:p>
            <w:r/>
            <w:r>
              <w:rPr>
                <w:sz w:val="20"/>
              </w:rPr>
              <w:t>Bought-in ingredients and packaging per cake</w:t>
            </w:r>
          </w:p>
        </w:tc>
        <w:tc>
          <w:tcPr>
            <w:tcW w:type="dxa" w:w="4873"/>
          </w:tcPr>
          <w:p>
            <w:r/>
            <w:r>
              <w:rPr>
                <w:sz w:val="20"/>
              </w:rPr>
              <w:t>$14</w:t>
            </w:r>
          </w:p>
        </w:tc>
      </w:tr>
      <w:tr>
        <w:tc>
          <w:tcPr>
            <w:tcW w:type="dxa" w:w="4873"/>
          </w:tcPr>
          <w:p>
            <w:r/>
            <w:r>
              <w:rPr>
                <w:sz w:val="20"/>
              </w:rPr>
              <w:t>Number of cakes sold</w:t>
            </w:r>
          </w:p>
        </w:tc>
        <w:tc>
          <w:tcPr>
            <w:tcW w:type="dxa" w:w="4873"/>
          </w:tcPr>
          <w:p>
            <w:r/>
            <w:r>
              <w:rPr>
                <w:sz w:val="20"/>
              </w:rPr>
              <w:t>1 150</w:t>
            </w:r>
          </w:p>
        </w:tc>
      </w:tr>
      <w:tr>
        <w:tc>
          <w:tcPr>
            <w:tcW w:type="dxa" w:w="4873"/>
          </w:tcPr>
          <w:p>
            <w:r/>
            <w:r>
              <w:rPr>
                <w:sz w:val="20"/>
              </w:rPr>
              <w:t>Wages, rent and energy for the year</w:t>
            </w:r>
          </w:p>
        </w:tc>
        <w:tc>
          <w:tcPr>
            <w:tcW w:type="dxa" w:w="4873"/>
          </w:tcPr>
          <w:p>
            <w:r/>
            <w:r>
              <w:rPr>
                <w:sz w:val="20"/>
              </w:rPr>
              <w:t>$21 000</w:t>
            </w:r>
          </w:p>
        </w:tc>
      </w:tr>
    </w:tbl>
    <w:p/>
    <w:tbl>
      <w:tblPr>
        <w:tblW w:type="auto" w:w="0"/>
        <w:tblLook w:firstColumn="1" w:firstRow="1" w:lastColumn="0" w:lastRow="0" w:noHBand="0" w:noVBand="1" w:val="04A0"/>
      </w:tblPr>
      <w:tblGrid>
        <w:gridCol w:w="4873"/>
        <w:gridCol w:w="4873"/>
      </w:tblGrid>
      <w:tr>
        <w:tc>
          <w:tcPr>
            <w:tcW w:type="dxa" w:w="8617"/>
          </w:tcPr>
          <w:p>
            <w:pPr>
              <w:spacing w:after="0"/>
            </w:pPr>
            <w:r/>
            <w:r>
              <w:rPr>
                <w:sz w:val="21"/>
              </w:rPr>
              <w:t>Zara works 70 hours a week. ZB made a profit in 2025, but in March it nearly ran</w:t>
            </w:r>
          </w:p>
        </w:tc>
        <w:tc>
          <w:tcPr>
            <w:tcW w:type="dxa" w:w="680"/>
          </w:tcPr>
          <w:p>
            <w:r/>
            <w:r>
              <w:rPr>
                <w:color w:val="555555"/>
                <w:sz w:val="18"/>
              </w:rPr>
            </w:r>
          </w:p>
        </w:tc>
      </w:tr>
      <w:tr>
        <w:tc>
          <w:tcPr>
            <w:tcW w:type="dxa" w:w="8617"/>
          </w:tcPr>
          <w:p>
            <w:pPr>
              <w:spacing w:after="0"/>
            </w:pPr>
            <w:r/>
            <w:r>
              <w:rPr>
                <w:sz w:val="21"/>
              </w:rPr>
              <w:t>out of cash when a hotel paid for 60 wedding cakes three months late. Zara has</w:t>
            </w:r>
          </w:p>
        </w:tc>
        <w:tc>
          <w:tcPr>
            <w:tcW w:type="dxa" w:w="680"/>
          </w:tcPr>
          <w:p>
            <w:r/>
            <w:r>
              <w:rPr>
                <w:color w:val="555555"/>
                <w:sz w:val="18"/>
              </w:rPr>
            </w:r>
          </w:p>
        </w:tc>
      </w:tr>
      <w:tr>
        <w:tc>
          <w:tcPr>
            <w:tcW w:type="dxa" w:w="8617"/>
          </w:tcPr>
          <w:p>
            <w:pPr>
              <w:spacing w:after="0"/>
            </w:pPr>
            <w:r/>
            <w:r>
              <w:rPr>
                <w:sz w:val="21"/>
              </w:rPr>
              <w:t>saved $6000 and is considering two ways to increase the value ZB adds:</w:t>
            </w:r>
          </w:p>
        </w:tc>
        <w:tc>
          <w:tcPr>
            <w:tcW w:type="dxa" w:w="680"/>
          </w:tcPr>
          <w:p>
            <w:r/>
            <w:r>
              <w:rPr>
                <w:color w:val="555555"/>
                <w:sz w:val="18"/>
              </w:rPr>
            </w:r>
          </w:p>
        </w:tc>
      </w:tr>
      <w:tr>
        <w:tc>
          <w:tcPr>
            <w:tcW w:type="dxa" w:w="8617"/>
          </w:tcPr>
          <w:p>
            <w:pPr>
              <w:spacing w:after="0"/>
            </w:pPr>
            <w:r/>
            <w:r>
              <w:rPr>
                <w:sz w:val="21"/>
              </w:rPr>
              <w:t>•  a premium wedding range with hand-made sugar flowers, selling at $90 per cake</w:t>
            </w:r>
          </w:p>
        </w:tc>
        <w:tc>
          <w:tcPr>
            <w:tcW w:type="dxa" w:w="680"/>
          </w:tcPr>
          <w:p>
            <w:r/>
            <w:r>
              <w:rPr>
                <w:color w:val="555555"/>
                <w:sz w:val="18"/>
              </w:rPr>
              <w:t>10</w:t>
            </w:r>
          </w:p>
        </w:tc>
      </w:tr>
      <w:tr>
        <w:tc>
          <w:tcPr>
            <w:tcW w:type="dxa" w:w="8617"/>
          </w:tcPr>
          <w:p>
            <w:pPr>
              <w:spacing w:after="0"/>
            </w:pPr>
            <w:r/>
            <w:r>
              <w:rPr>
                <w:sz w:val="21"/>
              </w:rPr>
              <w:t xml:space="preserve">   with bought-in ingredients and packaging of $30 per cake</w:t>
            </w:r>
          </w:p>
        </w:tc>
        <w:tc>
          <w:tcPr>
            <w:tcW w:type="dxa" w:w="680"/>
          </w:tcPr>
          <w:p>
            <w:r/>
            <w:r>
              <w:rPr>
                <w:color w:val="555555"/>
                <w:sz w:val="18"/>
              </w:rPr>
            </w:r>
          </w:p>
        </w:tc>
      </w:tr>
      <w:tr>
        <w:tc>
          <w:tcPr>
            <w:tcW w:type="dxa" w:w="8617"/>
          </w:tcPr>
          <w:p>
            <w:pPr>
              <w:spacing w:after="0"/>
            </w:pPr>
            <w:r/>
            <w:r>
              <w:rPr>
                <w:sz w:val="21"/>
              </w:rPr>
              <w:t>•  an online ordering and design tool, so customers can create and approve their</w:t>
            </w:r>
          </w:p>
        </w:tc>
        <w:tc>
          <w:tcPr>
            <w:tcW w:type="dxa" w:w="680"/>
          </w:tcPr>
          <w:p>
            <w:r/>
            <w:r>
              <w:rPr>
                <w:color w:val="555555"/>
                <w:sz w:val="18"/>
              </w:rPr>
            </w:r>
          </w:p>
        </w:tc>
      </w:tr>
      <w:tr>
        <w:tc>
          <w:tcPr>
            <w:tcW w:type="dxa" w:w="8617"/>
          </w:tcPr>
          <w:p>
            <w:pPr>
              <w:spacing w:after="0"/>
            </w:pPr>
            <w:r/>
            <w:r>
              <w:rPr>
                <w:sz w:val="21"/>
              </w:rPr>
              <w:t xml:space="preserve">   own design, with free delivery within the city.</w:t>
            </w:r>
          </w:p>
        </w:tc>
        <w:tc>
          <w:tcPr>
            <w:tcW w:type="dxa" w:w="680"/>
          </w:tcPr>
          <w:p>
            <w:r/>
            <w:r>
              <w:rPr>
                <w:color w:val="555555"/>
                <w:sz w:val="18"/>
              </w:rPr>
            </w:r>
          </w:p>
        </w:tc>
      </w:tr>
    </w:tbl>
    <w:p/>
    <w:p>
      <w:pPr>
        <w:spacing w:after="40"/>
      </w:pPr>
      <w:r>
        <w:rPr>
          <w:b/>
          <w:i w:val="0"/>
          <w:sz w:val="22"/>
        </w:rPr>
        <w:t>1(a)(i)  Identify one factor of production used by ZB.</w:t>
      </w:r>
      <w:r>
        <w:rPr>
          <w:b/>
        </w:rPr>
        <w:t xml:space="preserve">  [1]</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Labour: ZB employs two part-time bakers.</w:t>
            </w:r>
            <w:r>
              <w:rPr>
                <w:b/>
                <w:color w:val="2F6FB5"/>
                <w:sz w:val="16"/>
              </w:rPr>
              <w:t xml:space="preserve"> [k]</w:t>
            </w:r>
            <w:r>
              <w:rPr>
                <w:sz w:val="21"/>
              </w:rPr>
              <w:t xml:space="preserve"> (1 mark)</w:t>
            </w:r>
          </w:p>
        </w:tc>
      </w:tr>
    </w:tbl>
    <w:p/>
    <w:p>
      <w:pPr>
        <w:spacing w:after="40"/>
      </w:pPr>
      <w:r>
        <w:rPr>
          <w:b/>
          <w:i w:val="0"/>
          <w:sz w:val="22"/>
        </w:rPr>
        <w:t>1(a)(ii)  Explain the term added value (line 5).</w:t>
      </w:r>
      <w:r>
        <w:rPr>
          <w:b/>
        </w:rPr>
        <w:t xml:space="preserve">  [3]</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Added value is the difference between the selling price of a product and the cost of the bought-in materials and components used to make it.</w:t>
            </w:r>
            <w:r>
              <w:rPr>
                <w:b/>
                <w:color w:val="2F6FB5"/>
                <w:sz w:val="16"/>
              </w:rPr>
              <w:t xml:space="preserve"> [k]</w:t>
            </w:r>
            <w:r>
              <w:rPr>
                <w:sz w:val="21"/>
              </w:rPr>
              <w:t xml:space="preserve"> </w:t>
            </w:r>
            <w:r>
              <w:rPr>
                <w:color w:val="0E7C86"/>
                <w:sz w:val="21"/>
              </w:rPr>
              <w:t>ZB adds value by decorating each cake to the customer’s own design,</w:t>
            </w:r>
            <w:r>
              <w:rPr>
                <w:b/>
                <w:color w:val="0E7C86"/>
                <w:sz w:val="16"/>
              </w:rPr>
              <w:t xml:space="preserve"> [app]</w:t>
            </w:r>
            <w:r>
              <w:rPr>
                <w:sz w:val="21"/>
              </w:rPr>
              <w:t xml:space="preserve"> </w:t>
            </w:r>
            <w:r>
              <w:rPr>
                <w:color w:val="0E7C86"/>
                <w:sz w:val="21"/>
              </w:rPr>
              <w:t>so customers pay $40 for a cake whose ingredients and packaging cost only $14.</w:t>
            </w:r>
            <w:r>
              <w:rPr>
                <w:b/>
                <w:color w:val="0E7C86"/>
                <w:sz w:val="16"/>
              </w:rPr>
              <w:t xml:space="preserve"> [app]</w:t>
            </w:r>
            <w:r>
              <w:rPr>
                <w:i/>
                <w:color w:val="555555"/>
                <w:sz w:val="18"/>
              </w:rPr>
              <w:t xml:space="preserve"> (3 marks: AO1 1 + AO2 2)</w:t>
            </w:r>
          </w:p>
        </w:tc>
      </w:tr>
    </w:tbl>
    <w:p/>
    <w:p>
      <w:pPr>
        <w:spacing w:after="40"/>
      </w:pPr>
      <w:r>
        <w:rPr>
          <w:b/>
          <w:i w:val="0"/>
          <w:sz w:val="22"/>
        </w:rPr>
        <w:t>1(b)(i)  Refer to Table 1.1. Calculate ZB’s total added value in 2025.</w:t>
      </w:r>
      <w:r>
        <w:rPr>
          <w:b/>
        </w:rPr>
        <w:t xml:space="preserve">  [3]</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sz w:val="21"/>
              </w:rPr>
              <w:t>Added value per cake = $40 − $14 = $26</w:t>
            </w:r>
          </w:p>
          <w:p>
            <w:pPr>
              <w:spacing w:after="60"/>
            </w:pPr>
            <w:r>
              <w:rPr>
                <w:sz w:val="21"/>
              </w:rPr>
              <w:t xml:space="preserve">Total added value = $26 × 1 150 = </w:t>
            </w:r>
            <w:r>
              <w:rPr>
                <w:color w:val="2F6FB5"/>
                <w:sz w:val="21"/>
              </w:rPr>
              <w:t>$29 900</w:t>
            </w:r>
            <w:r>
              <w:rPr>
                <w:b/>
                <w:color w:val="2F6FB5"/>
                <w:sz w:val="16"/>
              </w:rPr>
              <w:t xml:space="preserve"> [k]</w:t>
            </w:r>
            <w:r>
              <w:rPr>
                <w:i/>
                <w:color w:val="555555"/>
                <w:sz w:val="18"/>
              </w:rPr>
              <w:t xml:space="preserve"> (3 marks)</w:t>
            </w:r>
          </w:p>
        </w:tc>
      </w:tr>
    </w:tbl>
    <w:p/>
    <w:p>
      <w:pPr>
        <w:spacing w:after="40"/>
      </w:pPr>
      <w:r>
        <w:rPr>
          <w:b/>
          <w:i w:val="0"/>
          <w:sz w:val="22"/>
        </w:rPr>
        <w:t>1(b)(ii)  Explain one reason why ZB could fail even though it made a profit in 2025.</w:t>
      </w:r>
      <w:r>
        <w:rPr>
          <w:b/>
        </w:rPr>
        <w:t xml:space="preserve">  [3]</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ZB could fail because it runs out of cash.</w:t>
            </w:r>
            <w:r>
              <w:rPr>
                <w:b/>
                <w:color w:val="2F6FB5"/>
                <w:sz w:val="16"/>
              </w:rPr>
              <w:t xml:space="preserve"> [k]</w:t>
            </w:r>
            <w:r>
              <w:rPr>
                <w:sz w:val="21"/>
              </w:rPr>
              <w:t xml:space="preserve"> </w:t>
            </w:r>
            <w:r>
              <w:rPr>
                <w:color w:val="0E7C86"/>
                <w:sz w:val="21"/>
              </w:rPr>
              <w:t>In March a hotel paid for 60 wedding cakes three months late, and ZB nearly ran out of cash,</w:t>
            </w:r>
            <w:r>
              <w:rPr>
                <w:b/>
                <w:color w:val="0E7C86"/>
                <w:sz w:val="16"/>
              </w:rPr>
              <w:t xml:space="preserve"> [app]</w:t>
            </w:r>
            <w:r>
              <w:rPr>
                <w:sz w:val="21"/>
              </w:rPr>
              <w:t xml:space="preserve"> </w:t>
            </w:r>
            <w:r>
              <w:rPr>
                <w:color w:val="0E7C86"/>
                <w:sz w:val="21"/>
              </w:rPr>
              <w:t>so if this happens again ZB may be unable to pay its rent, ingredients and wages when they are due, even though it is profitable.</w:t>
            </w:r>
            <w:r>
              <w:rPr>
                <w:b/>
                <w:color w:val="0E7C86"/>
                <w:sz w:val="16"/>
              </w:rPr>
              <w:t xml:space="preserve"> [app]</w:t>
            </w:r>
            <w:r>
              <w:rPr>
                <w:i/>
                <w:color w:val="555555"/>
                <w:sz w:val="18"/>
              </w:rPr>
              <w:t xml:space="preserve"> (3 marks: AO1 1 + AO2 2)</w:t>
            </w:r>
          </w:p>
        </w:tc>
      </w:tr>
    </w:tbl>
    <w:p/>
    <w:p>
      <w:pPr>
        <w:spacing w:after="40"/>
      </w:pPr>
      <w:r>
        <w:rPr>
          <w:b/>
          <w:i w:val="0"/>
          <w:sz w:val="22"/>
        </w:rPr>
        <w:t>1(c)  Analyse two entrepreneurial qualities that Zara has shown.</w:t>
      </w:r>
      <w:r>
        <w:rPr>
          <w:b/>
        </w:rPr>
        <w:t xml:space="preserve">  [8]</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sz w:val="21"/>
              </w:rPr>
              <w:t xml:space="preserve">Quality 1: </w:t>
            </w:r>
            <w:r>
              <w:rPr>
                <w:color w:val="2F6FB5"/>
                <w:sz w:val="21"/>
              </w:rPr>
              <w:t>Risk-taking.</w:t>
            </w:r>
            <w:r>
              <w:rPr>
                <w:b/>
                <w:color w:val="2F6FB5"/>
                <w:sz w:val="16"/>
              </w:rPr>
              <w:t xml:space="preserve"> [k]</w:t>
            </w:r>
            <w:r>
              <w:rPr>
                <w:sz w:val="21"/>
              </w:rPr>
              <w:t xml:space="preserve"> </w:t>
            </w:r>
            <w:r>
              <w:rPr>
                <w:color w:val="0E7C86"/>
                <w:sz w:val="21"/>
              </w:rPr>
              <w:t>Zara invested $8000 of her own savings to start ZB (line 3).</w:t>
            </w:r>
            <w:r>
              <w:rPr>
                <w:b/>
                <w:color w:val="0E7C86"/>
                <w:sz w:val="16"/>
              </w:rPr>
              <w:t xml:space="preserve"> [app]</w:t>
            </w:r>
            <w:r>
              <w:rPr>
                <w:sz w:val="21"/>
              </w:rPr>
              <w:t xml:space="preserve"> </w:t>
            </w:r>
            <w:r>
              <w:rPr>
                <w:color w:val="B77D0B"/>
                <w:sz w:val="21"/>
              </w:rPr>
              <w:t>Because she accepted the risk of losing her savings, the business could start even without a bank loan,</w:t>
            </w:r>
            <w:r>
              <w:rPr>
                <w:b/>
                <w:color w:val="B77D0B"/>
                <w:sz w:val="16"/>
              </w:rPr>
              <w:t xml:space="preserve"> [an]</w:t>
            </w:r>
            <w:r>
              <w:rPr>
                <w:sz w:val="21"/>
              </w:rPr>
              <w:t xml:space="preserve"> </w:t>
            </w:r>
            <w:r>
              <w:rPr>
                <w:color w:val="B77D0B"/>
                <w:sz w:val="21"/>
              </w:rPr>
              <w:t>and she keeps all the profit as a reward for taking that risk, which gives her a strong incentive to make ZB succeed.</w:t>
            </w:r>
            <w:r>
              <w:rPr>
                <w:b/>
                <w:color w:val="B77D0B"/>
                <w:sz w:val="16"/>
              </w:rPr>
              <w:t xml:space="preserve"> [an]</w:t>
            </w:r>
          </w:p>
          <w:p>
            <w:pPr>
              <w:spacing w:after="60"/>
            </w:pPr>
            <w:r>
              <w:rPr>
                <w:sz w:val="21"/>
              </w:rPr>
              <w:t xml:space="preserve">Quality 2: </w:t>
            </w:r>
            <w:r>
              <w:rPr>
                <w:color w:val="2F6FB5"/>
                <w:sz w:val="21"/>
              </w:rPr>
              <w:t>Creativity.</w:t>
            </w:r>
            <w:r>
              <w:rPr>
                <w:b/>
                <w:color w:val="2F6FB5"/>
                <w:sz w:val="16"/>
              </w:rPr>
              <w:t xml:space="preserve"> [k]</w:t>
            </w:r>
            <w:r>
              <w:rPr>
                <w:sz w:val="21"/>
              </w:rPr>
              <w:t xml:space="preserve"> </w:t>
            </w:r>
            <w:r>
              <w:rPr>
                <w:color w:val="0E7C86"/>
                <w:sz w:val="21"/>
              </w:rPr>
              <w:t>ZB decorates each cake to the customer’s own design (lines 5–6).</w:t>
            </w:r>
            <w:r>
              <w:rPr>
                <w:b/>
                <w:color w:val="0E7C86"/>
                <w:sz w:val="16"/>
              </w:rPr>
              <w:t xml:space="preserve"> [app]</w:t>
            </w:r>
            <w:r>
              <w:rPr>
                <w:sz w:val="21"/>
              </w:rPr>
              <w:t xml:space="preserve"> </w:t>
            </w:r>
            <w:r>
              <w:rPr>
                <w:color w:val="B77D0B"/>
                <w:sz w:val="21"/>
              </w:rPr>
              <w:t>Unique designs make ZB different from supermarkets and other bakers, so customers are willing to pay $40 and many order again,</w:t>
            </w:r>
            <w:r>
              <w:rPr>
                <w:b/>
                <w:color w:val="B77D0B"/>
                <w:sz w:val="16"/>
              </w:rPr>
              <w:t xml:space="preserve"> [an]</w:t>
            </w:r>
            <w:r>
              <w:rPr>
                <w:sz w:val="21"/>
              </w:rPr>
              <w:t xml:space="preserve"> </w:t>
            </w:r>
            <w:r>
              <w:rPr>
                <w:color w:val="B77D0B"/>
                <w:sz w:val="21"/>
              </w:rPr>
              <w:t>which builds repeat sales and allows ZB to earn added value of $26 per cake.</w:t>
            </w:r>
            <w:r>
              <w:rPr>
                <w:b/>
                <w:color w:val="B77D0B"/>
                <w:sz w:val="16"/>
              </w:rPr>
              <w:t xml:space="preserve"> [an]</w:t>
            </w:r>
          </w:p>
          <w:p>
            <w:pPr>
              <w:spacing w:after="60"/>
            </w:pPr>
            <w:r>
              <w:rPr>
                <w:i/>
                <w:color w:val="555555"/>
                <w:sz w:val="18"/>
              </w:rPr>
              <w:t>(8 marks: AO1 2 + AO2 2 + AO3 4)</w:t>
            </w:r>
          </w:p>
        </w:tc>
      </w:tr>
    </w:tbl>
    <w:p/>
    <w:p>
      <w:pPr>
        <w:spacing w:after="40"/>
      </w:pPr>
      <w:r>
        <w:rPr>
          <w:b/>
          <w:i w:val="0"/>
          <w:sz w:val="22"/>
        </w:rPr>
        <w:t>1(d)  Evaluate the most effective way for ZB to increase the value it adds to its cakes.</w:t>
      </w:r>
      <w:r>
        <w:rPr>
          <w:b/>
        </w:rPr>
        <w:t xml:space="preserve">  [12]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The premium wedding range increases added value by raising the price far more than bought-in costs.</w:t>
            </w:r>
            <w:r>
              <w:rPr>
                <w:b/>
                <w:color w:val="2F6FB5"/>
                <w:sz w:val="16"/>
              </w:rPr>
              <w:t xml:space="preserve"> [k]</w:t>
            </w:r>
            <w:r>
              <w:rPr>
                <w:sz w:val="21"/>
              </w:rPr>
              <w:t xml:space="preserve"> </w:t>
            </w:r>
            <w:r>
              <w:rPr>
                <w:color w:val="0E7C86"/>
                <w:sz w:val="21"/>
              </w:rPr>
              <w:t>Added value would be $90 − $30 = $60 per cake, more than double the current $26, and it uses Zara’s design skills in a market where customers already value her cakes.</w:t>
            </w:r>
            <w:r>
              <w:rPr>
                <w:b/>
                <w:color w:val="0E7C86"/>
                <w:sz w:val="16"/>
              </w:rPr>
              <w:t xml:space="preserve"> [app]</w:t>
            </w:r>
            <w:r>
              <w:rPr>
                <w:sz w:val="21"/>
              </w:rPr>
              <w:t xml:space="preserve"> </w:t>
            </w:r>
            <w:r>
              <w:rPr>
                <w:color w:val="B77D0B"/>
                <w:sz w:val="21"/>
              </w:rPr>
              <w:t>So each premium cake adds more value than two standard cakes, which helps ZB earn more without needing more ovens.</w:t>
            </w:r>
            <w:r>
              <w:rPr>
                <w:b/>
                <w:color w:val="B77D0B"/>
                <w:sz w:val="16"/>
              </w:rPr>
              <w:t xml:space="preserve"> [an]</w:t>
            </w:r>
          </w:p>
          <w:p>
            <w:pPr>
              <w:spacing w:after="60"/>
            </w:pPr>
            <w:r>
              <w:rPr>
                <w:color w:val="2F6FB5"/>
                <w:sz w:val="21"/>
              </w:rPr>
              <w:t>However, the premium range needs time and skill, and its demand is uncertain.</w:t>
            </w:r>
            <w:r>
              <w:rPr>
                <w:b/>
                <w:color w:val="2F6FB5"/>
                <w:sz w:val="16"/>
              </w:rPr>
              <w:t xml:space="preserve"> [k]</w:t>
            </w:r>
            <w:r>
              <w:rPr>
                <w:sz w:val="21"/>
              </w:rPr>
              <w:t xml:space="preserve"> </w:t>
            </w:r>
            <w:r>
              <w:rPr>
                <w:color w:val="0E7C86"/>
                <w:sz w:val="21"/>
              </w:rPr>
              <w:t>Zara already works 70 hours a week, hand-made sugar flowers are slow to produce, and wedding customers such as the hotel may pay late.</w:t>
            </w:r>
            <w:r>
              <w:rPr>
                <w:b/>
                <w:color w:val="0E7C86"/>
                <w:sz w:val="16"/>
              </w:rPr>
              <w:t xml:space="preserve"> [app]</w:t>
            </w:r>
            <w:r>
              <w:rPr>
                <w:sz w:val="21"/>
              </w:rPr>
              <w:t xml:space="preserve"> </w:t>
            </w:r>
            <w:r>
              <w:rPr>
                <w:color w:val="B77D0B"/>
                <w:sz w:val="21"/>
              </w:rPr>
              <w:t>So ZB may not be able to make many premium cakes, and larger orders on credit could make the cash problem it had in March worse.</w:t>
            </w:r>
            <w:r>
              <w:rPr>
                <w:b/>
                <w:color w:val="B77D0B"/>
                <w:sz w:val="16"/>
              </w:rPr>
              <w:t xml:space="preserve"> [an]</w:t>
            </w:r>
          </w:p>
          <w:p>
            <w:pPr>
              <w:spacing w:after="60"/>
            </w:pPr>
            <w:r>
              <w:rPr>
                <w:color w:val="2F6FB5"/>
                <w:sz w:val="21"/>
              </w:rPr>
              <w:t>The online design tool adds value through convenience and customisation</w:t>
            </w:r>
            <w:r>
              <w:rPr>
                <w:b/>
                <w:color w:val="2F6FB5"/>
                <w:sz w:val="16"/>
              </w:rPr>
              <w:t xml:space="preserve"> [k]</w:t>
            </w:r>
            <w:r>
              <w:rPr>
                <w:sz w:val="21"/>
              </w:rPr>
              <w:t xml:space="preserve"> </w:t>
            </w:r>
            <w:r>
              <w:rPr>
                <w:color w:val="0E7C86"/>
                <w:sz w:val="21"/>
              </w:rPr>
              <w:t>and could save Zara time spent discussing designs,</w:t>
            </w:r>
            <w:r>
              <w:rPr>
                <w:b/>
                <w:color w:val="0E7C86"/>
                <w:sz w:val="16"/>
              </w:rPr>
              <w:t xml:space="preserve"> [app]</w:t>
            </w:r>
            <w:r>
              <w:rPr>
                <w:sz w:val="21"/>
              </w:rPr>
              <w:t xml:space="preserve"> </w:t>
            </w:r>
            <w:r>
              <w:rPr>
                <w:color w:val="B77D0B"/>
                <w:sz w:val="21"/>
              </w:rPr>
              <w:t>but customers may not pay more for it and free delivery adds cost, so added value per cake may hardly change.</w:t>
            </w:r>
            <w:r>
              <w:rPr>
                <w:b/>
                <w:color w:val="B77D0B"/>
                <w:sz w:val="16"/>
              </w:rPr>
              <w:t xml:space="preserve"> [an]</w:t>
            </w:r>
          </w:p>
          <w:p>
            <w:pPr>
              <w:spacing w:after="60"/>
            </w:pPr>
            <w:r>
              <w:rPr>
                <w:color w:val="2E8B57"/>
                <w:sz w:val="21"/>
              </w:rPr>
              <w:t>The most effective way is the premium wedding range, because it more than doubles added value per cake and builds on what customers already value in ZB.</w:t>
            </w:r>
            <w:r>
              <w:rPr>
                <w:b/>
                <w:color w:val="2E8B57"/>
                <w:sz w:val="16"/>
              </w:rPr>
              <w:t xml:space="preserve"> [eval]</w:t>
            </w:r>
            <w:r>
              <w:rPr>
                <w:sz w:val="21"/>
              </w:rPr>
              <w:t xml:space="preserve"> </w:t>
            </w:r>
            <w:r>
              <w:rPr>
                <w:color w:val="2E8B57"/>
                <w:sz w:val="21"/>
              </w:rPr>
              <w:t>It is the best choice only if Zara can free her time, for example by training a baker to make standard cakes, and asks hotels for a deposit to protect cash flow.</w:t>
            </w:r>
            <w:r>
              <w:rPr>
                <w:b/>
                <w:color w:val="2E8B57"/>
                <w:sz w:val="16"/>
              </w:rPr>
              <w:t xml:space="preserve"> [eval]</w:t>
            </w:r>
            <w:r>
              <w:rPr>
                <w:sz w:val="21"/>
              </w:rPr>
              <w:t xml:space="preserve"> </w:t>
            </w:r>
            <w:r>
              <w:rPr>
                <w:color w:val="2E8B57"/>
                <w:sz w:val="21"/>
              </w:rPr>
              <w:t>If wedding demand proved weak, the online tool would be the safer option, since it supports the existing customers who order again.</w:t>
            </w:r>
            <w:r>
              <w:rPr>
                <w:b/>
                <w:color w:val="2E8B57"/>
                <w:sz w:val="16"/>
              </w:rPr>
              <w:t xml:space="preserve"> [eval]</w:t>
            </w:r>
          </w:p>
          <w:p>
            <w:pPr>
              <w:spacing w:after="60"/>
            </w:pPr>
            <w:r>
              <w:rPr>
                <w:i/>
                <w:color w:val="555555"/>
                <w:sz w:val="18"/>
              </w:rPr>
              <w:t>(12 marks: AO1 2 + AO2 2 + AO3 2 + AO4 6)</w:t>
            </w:r>
          </w:p>
        </w:tc>
      </w:tr>
    </w:tbl>
    <w:p/>
    <w:p>
      <w:r>
        <w:br w:type="page"/>
      </w:r>
    </w:p>
    <w:p>
      <w:pPr>
        <w:spacing w:after="120"/>
      </w:pPr>
      <w:r>
        <w:rPr>
          <w:b/>
          <w:i w:val="0"/>
          <w:color w:val="0E7C86"/>
          <w:sz w:val="26"/>
        </w:rPr>
        <w:t>Rafi’s Solar (RS)</w:t>
      </w:r>
    </w:p>
    <w:tbl>
      <w:tblPr>
        <w:tblW w:type="auto" w:w="0"/>
        <w:tblLook w:firstColumn="1" w:firstRow="1" w:lastColumn="0" w:lastRow="0" w:noHBand="0" w:noVBand="1" w:val="04A0"/>
      </w:tblPr>
      <w:tblGrid>
        <w:gridCol w:w="4873"/>
        <w:gridCol w:w="4873"/>
      </w:tblGrid>
      <w:tr>
        <w:tc>
          <w:tcPr>
            <w:tcW w:type="dxa" w:w="8617"/>
          </w:tcPr>
          <w:p>
            <w:pPr>
              <w:spacing w:after="0"/>
            </w:pPr>
            <w:r/>
            <w:r>
              <w:rPr>
                <w:sz w:val="21"/>
              </w:rPr>
              <w:t>Rafi is an electrical engineer in country T. He earns a salary of $18 000 a year</w:t>
            </w:r>
          </w:p>
        </w:tc>
        <w:tc>
          <w:tcPr>
            <w:tcW w:type="dxa" w:w="680"/>
          </w:tcPr>
          <w:p>
            <w:r/>
            <w:r>
              <w:rPr>
                <w:color w:val="555555"/>
                <w:sz w:val="18"/>
              </w:rPr>
            </w:r>
          </w:p>
        </w:tc>
      </w:tr>
      <w:tr>
        <w:tc>
          <w:tcPr>
            <w:tcW w:type="dxa" w:w="8617"/>
          </w:tcPr>
          <w:p>
            <w:pPr>
              <w:spacing w:after="0"/>
            </w:pPr>
            <w:r/>
            <w:r>
              <w:rPr>
                <w:sz w:val="21"/>
              </w:rPr>
              <w:t>working for a large energy company. In his spare time he has designed a simple way</w:t>
            </w:r>
          </w:p>
        </w:tc>
        <w:tc>
          <w:tcPr>
            <w:tcW w:type="dxa" w:w="680"/>
          </w:tcPr>
          <w:p>
            <w:r/>
            <w:r>
              <w:rPr>
                <w:color w:val="555555"/>
                <w:sz w:val="18"/>
              </w:rPr>
            </w:r>
          </w:p>
        </w:tc>
      </w:tr>
      <w:tr>
        <w:tc>
          <w:tcPr>
            <w:tcW w:type="dxa" w:w="8617"/>
          </w:tcPr>
          <w:p>
            <w:pPr>
              <w:spacing w:after="0"/>
            </w:pPr>
            <w:r/>
            <w:r>
              <w:rPr>
                <w:sz w:val="21"/>
              </w:rPr>
              <w:t>to fit solar panels to the roofs of small shops. He plans to leave his job to start</w:t>
            </w:r>
          </w:p>
        </w:tc>
        <w:tc>
          <w:tcPr>
            <w:tcW w:type="dxa" w:w="680"/>
          </w:tcPr>
          <w:p>
            <w:r/>
            <w:r>
              <w:rPr>
                <w:color w:val="555555"/>
                <w:sz w:val="18"/>
              </w:rPr>
            </w:r>
          </w:p>
        </w:tc>
      </w:tr>
      <w:tr>
        <w:tc>
          <w:tcPr>
            <w:tcW w:type="dxa" w:w="8617"/>
          </w:tcPr>
          <w:p>
            <w:pPr>
              <w:spacing w:after="0"/>
            </w:pPr>
            <w:r/>
            <w:r>
              <w:rPr>
                <w:sz w:val="21"/>
              </w:rPr>
              <w:t>his own business, Rafi’s Solar (RS). The opportunity cost of this decision is high.</w:t>
            </w:r>
          </w:p>
        </w:tc>
        <w:tc>
          <w:tcPr>
            <w:tcW w:type="dxa" w:w="680"/>
          </w:tcPr>
          <w:p>
            <w:r/>
            <w:r>
              <w:rPr>
                <w:color w:val="555555"/>
                <w:sz w:val="18"/>
              </w:rPr>
            </w:r>
          </w:p>
        </w:tc>
      </w:tr>
      <w:tr>
        <w:tc>
          <w:tcPr>
            <w:tcW w:type="dxa" w:w="8617"/>
          </w:tcPr>
          <w:p>
            <w:pPr>
              <w:spacing w:after="0"/>
            </w:pPr>
            <w:r/>
            <w:r>
              <w:rPr>
                <w:sz w:val="21"/>
              </w:rPr>
              <w:t>Rafi needs a $25 000 bank loan to buy a van and tools. The bank has asked him to</w:t>
            </w:r>
          </w:p>
        </w:tc>
        <w:tc>
          <w:tcPr>
            <w:tcW w:type="dxa" w:w="680"/>
          </w:tcPr>
          <w:p>
            <w:r/>
            <w:r>
              <w:rPr>
                <w:color w:val="555555"/>
                <w:sz w:val="18"/>
              </w:rPr>
              <w:t>5</w:t>
            </w:r>
          </w:p>
        </w:tc>
      </w:tr>
      <w:tr>
        <w:tc>
          <w:tcPr>
            <w:tcW w:type="dxa" w:w="8617"/>
          </w:tcPr>
          <w:p>
            <w:pPr>
              <w:spacing w:after="0"/>
            </w:pPr>
            <w:r/>
            <w:r>
              <w:rPr>
                <w:sz w:val="21"/>
              </w:rPr>
              <w:t>prepare a business plan. Table 2.1 shows his forecast for RS’s first year.</w:t>
            </w:r>
          </w:p>
        </w:tc>
        <w:tc>
          <w:tcPr>
            <w:tcW w:type="dxa" w:w="680"/>
          </w:tcPr>
          <w:p>
            <w:r/>
            <w:r>
              <w:rPr>
                <w:color w:val="555555"/>
                <w:sz w:val="18"/>
              </w:rPr>
            </w:r>
          </w:p>
        </w:tc>
      </w:tr>
    </w:tbl>
    <w:p/>
    <w:p>
      <w:pPr>
        <w:spacing w:after="40"/>
        <w:jc w:val="center"/>
      </w:pPr>
      <w:r>
        <w:rPr>
          <w:b/>
          <w:i w:val="0"/>
          <w:sz w:val="20"/>
        </w:rPr>
        <w:t>Table 2.1 RS forecast for year 1</w:t>
      </w:r>
    </w:p>
    <w:tbl>
      <w:tblPr>
        <w:tblStyle w:val="TableGrid"/>
        <w:tblW w:type="auto" w:w="0"/>
        <w:jc w:val="center"/>
        <w:tblLook w:firstColumn="1" w:firstRow="1" w:lastColumn="0" w:lastRow="0" w:noHBand="0" w:noVBand="1" w:val="04A0"/>
      </w:tblPr>
      <w:tblGrid>
        <w:gridCol w:w="4873"/>
        <w:gridCol w:w="4873"/>
      </w:tblGrid>
      <w:tr>
        <w:tc>
          <w:tcPr>
            <w:tcW w:type="dxa" w:w="4873"/>
            <w:shd w:val="clear" w:fill="DCE8F0"/>
          </w:tcPr>
          <w:p>
            <w:r/>
            <w:r>
              <w:rPr>
                <w:b/>
                <w:sz w:val="20"/>
              </w:rPr>
              <w:t>Item</w:t>
            </w:r>
          </w:p>
        </w:tc>
        <w:tc>
          <w:tcPr>
            <w:tcW w:type="dxa" w:w="4873"/>
            <w:shd w:val="clear" w:fill="DCE8F0"/>
          </w:tcPr>
          <w:p>
            <w:r/>
            <w:r>
              <w:rPr>
                <w:b/>
                <w:sz w:val="20"/>
              </w:rPr>
              <w:t>Forecast</w:t>
            </w:r>
          </w:p>
        </w:tc>
      </w:tr>
      <w:tr>
        <w:tc>
          <w:tcPr>
            <w:tcW w:type="dxa" w:w="4873"/>
          </w:tcPr>
          <w:p>
            <w:r/>
            <w:r>
              <w:rPr>
                <w:sz w:val="20"/>
              </w:rPr>
              <w:t>Number of installations</w:t>
            </w:r>
          </w:p>
        </w:tc>
        <w:tc>
          <w:tcPr>
            <w:tcW w:type="dxa" w:w="4873"/>
          </w:tcPr>
          <w:p>
            <w:r/>
            <w:r>
              <w:rPr>
                <w:sz w:val="20"/>
              </w:rPr>
              <w:t>60</w:t>
            </w:r>
          </w:p>
        </w:tc>
      </w:tr>
      <w:tr>
        <w:tc>
          <w:tcPr>
            <w:tcW w:type="dxa" w:w="4873"/>
          </w:tcPr>
          <w:p>
            <w:r/>
            <w:r>
              <w:rPr>
                <w:sz w:val="20"/>
              </w:rPr>
              <w:t>Price per installation</w:t>
            </w:r>
          </w:p>
        </w:tc>
        <w:tc>
          <w:tcPr>
            <w:tcW w:type="dxa" w:w="4873"/>
          </w:tcPr>
          <w:p>
            <w:r/>
            <w:r>
              <w:rPr>
                <w:sz w:val="20"/>
              </w:rPr>
              <w:t>$2 500</w:t>
            </w:r>
          </w:p>
        </w:tc>
      </w:tr>
      <w:tr>
        <w:tc>
          <w:tcPr>
            <w:tcW w:type="dxa" w:w="4873"/>
          </w:tcPr>
          <w:p>
            <w:r/>
            <w:r>
              <w:rPr>
                <w:sz w:val="20"/>
              </w:rPr>
              <w:t>Panels and parts per installation</w:t>
            </w:r>
          </w:p>
        </w:tc>
        <w:tc>
          <w:tcPr>
            <w:tcW w:type="dxa" w:w="4873"/>
          </w:tcPr>
          <w:p>
            <w:r/>
            <w:r>
              <w:rPr>
                <w:sz w:val="20"/>
              </w:rPr>
              <w:t>$1 400</w:t>
            </w:r>
          </w:p>
        </w:tc>
      </w:tr>
      <w:tr>
        <w:tc>
          <w:tcPr>
            <w:tcW w:type="dxa" w:w="4873"/>
          </w:tcPr>
          <w:p>
            <w:r/>
            <w:r>
              <w:rPr>
                <w:sz w:val="20"/>
              </w:rPr>
              <w:t>Wages of one assistant</w:t>
            </w:r>
          </w:p>
        </w:tc>
        <w:tc>
          <w:tcPr>
            <w:tcW w:type="dxa" w:w="4873"/>
          </w:tcPr>
          <w:p>
            <w:r/>
            <w:r>
              <w:rPr>
                <w:sz w:val="20"/>
              </w:rPr>
              <w:t>$30 000</w:t>
            </w:r>
          </w:p>
        </w:tc>
      </w:tr>
      <w:tr>
        <w:tc>
          <w:tcPr>
            <w:tcW w:type="dxa" w:w="4873"/>
          </w:tcPr>
          <w:p>
            <w:r/>
            <w:r>
              <w:rPr>
                <w:sz w:val="20"/>
              </w:rPr>
              <w:t>Van running costs, rent and insurance</w:t>
            </w:r>
          </w:p>
        </w:tc>
        <w:tc>
          <w:tcPr>
            <w:tcW w:type="dxa" w:w="4873"/>
          </w:tcPr>
          <w:p>
            <w:r/>
            <w:r>
              <w:rPr>
                <w:sz w:val="20"/>
              </w:rPr>
              <w:t>$16 000</w:t>
            </w:r>
          </w:p>
        </w:tc>
      </w:tr>
    </w:tbl>
    <w:p/>
    <w:tbl>
      <w:tblPr>
        <w:tblW w:type="auto" w:w="0"/>
        <w:tblLook w:firstColumn="1" w:firstRow="1" w:lastColumn="0" w:lastRow="0" w:noHBand="0" w:noVBand="1" w:val="04A0"/>
      </w:tblPr>
      <w:tblGrid>
        <w:gridCol w:w="4873"/>
        <w:gridCol w:w="4873"/>
      </w:tblGrid>
      <w:tr>
        <w:tc>
          <w:tcPr>
            <w:tcW w:type="dxa" w:w="8617"/>
          </w:tcPr>
          <w:p>
            <w:pPr>
              <w:spacing w:after="0"/>
            </w:pPr>
            <w:r/>
            <w:r>
              <w:rPr>
                <w:sz w:val="21"/>
              </w:rPr>
              <w:t>Rafi knows that demand for solar panels is growing quickly in country T. Two large</w:t>
            </w:r>
          </w:p>
        </w:tc>
        <w:tc>
          <w:tcPr>
            <w:tcW w:type="dxa" w:w="680"/>
          </w:tcPr>
          <w:p>
            <w:r/>
            <w:r>
              <w:rPr>
                <w:color w:val="555555"/>
                <w:sz w:val="18"/>
              </w:rPr>
            </w:r>
          </w:p>
        </w:tc>
      </w:tr>
      <w:tr>
        <w:tc>
          <w:tcPr>
            <w:tcW w:type="dxa" w:w="8617"/>
          </w:tcPr>
          <w:p>
            <w:pPr>
              <w:spacing w:after="0"/>
            </w:pPr>
            <w:r/>
            <w:r>
              <w:rPr>
                <w:sz w:val="21"/>
              </w:rPr>
              <w:t>businesses already install panels for factories, but none specialise in small</w:t>
            </w:r>
          </w:p>
        </w:tc>
        <w:tc>
          <w:tcPr>
            <w:tcW w:type="dxa" w:w="680"/>
          </w:tcPr>
          <w:p>
            <w:r/>
            <w:r>
              <w:rPr>
                <w:color w:val="555555"/>
                <w:sz w:val="18"/>
              </w:rPr>
            </w:r>
          </w:p>
        </w:tc>
      </w:tr>
      <w:tr>
        <w:tc>
          <w:tcPr>
            <w:tcW w:type="dxa" w:w="8617"/>
          </w:tcPr>
          <w:p>
            <w:pPr>
              <w:spacing w:after="0"/>
            </w:pPr>
            <w:r/>
            <w:r>
              <w:rPr>
                <w:sz w:val="21"/>
              </w:rPr>
              <w:t>shops. However, the government may soon end its grant for businesses that buy</w:t>
            </w:r>
          </w:p>
        </w:tc>
        <w:tc>
          <w:tcPr>
            <w:tcW w:type="dxa" w:w="680"/>
          </w:tcPr>
          <w:p>
            <w:r/>
            <w:r>
              <w:rPr>
                <w:color w:val="555555"/>
                <w:sz w:val="18"/>
              </w:rPr>
            </w:r>
          </w:p>
        </w:tc>
      </w:tr>
      <w:tr>
        <w:tc>
          <w:tcPr>
            <w:tcW w:type="dxa" w:w="8617"/>
          </w:tcPr>
          <w:p>
            <w:pPr>
              <w:spacing w:after="0"/>
            </w:pPr>
            <w:r/>
            <w:r>
              <w:rPr>
                <w:sz w:val="21"/>
              </w:rPr>
              <w:t>solar panels, and Rafi has no experience of managing a business or its finances.</w:t>
            </w:r>
          </w:p>
        </w:tc>
        <w:tc>
          <w:tcPr>
            <w:tcW w:type="dxa" w:w="680"/>
          </w:tcPr>
          <w:p>
            <w:r/>
            <w:r>
              <w:rPr>
                <w:color w:val="555555"/>
                <w:sz w:val="18"/>
              </w:rPr>
              <w:t>10</w:t>
            </w:r>
          </w:p>
        </w:tc>
      </w:tr>
      <w:tr>
        <w:tc>
          <w:tcPr>
            <w:tcW w:type="dxa" w:w="8617"/>
          </w:tcPr>
          <w:p>
            <w:pPr>
              <w:spacing w:after="0"/>
            </w:pPr>
            <w:r/>
            <w:r>
              <w:rPr>
                <w:sz w:val="21"/>
              </w:rPr>
              <w:t>His employer has offered him a new role leading a team to develop his idea inside</w:t>
            </w:r>
          </w:p>
        </w:tc>
        <w:tc>
          <w:tcPr>
            <w:tcW w:type="dxa" w:w="680"/>
          </w:tcPr>
          <w:p>
            <w:r/>
            <w:r>
              <w:rPr>
                <w:color w:val="555555"/>
                <w:sz w:val="18"/>
              </w:rPr>
            </w:r>
          </w:p>
        </w:tc>
      </w:tr>
      <w:tr>
        <w:tc>
          <w:tcPr>
            <w:tcW w:type="dxa" w:w="8617"/>
          </w:tcPr>
          <w:p>
            <w:pPr>
              <w:spacing w:after="0"/>
            </w:pPr>
            <w:r/>
            <w:r>
              <w:rPr>
                <w:sz w:val="21"/>
              </w:rPr>
              <w:t>the company instead.</w:t>
            </w:r>
          </w:p>
        </w:tc>
        <w:tc>
          <w:tcPr>
            <w:tcW w:type="dxa" w:w="680"/>
          </w:tcPr>
          <w:p>
            <w:r/>
            <w:r>
              <w:rPr>
                <w:color w:val="555555"/>
                <w:sz w:val="18"/>
              </w:rPr>
            </w:r>
          </w:p>
        </w:tc>
      </w:tr>
    </w:tbl>
    <w:p/>
    <w:p>
      <w:pPr>
        <w:spacing w:after="40"/>
      </w:pPr>
      <w:r>
        <w:rPr>
          <w:b/>
          <w:i w:val="0"/>
          <w:sz w:val="22"/>
        </w:rPr>
        <w:t>2(a)(i)  Identify one element of a business plan.</w:t>
      </w:r>
      <w:r>
        <w:rPr>
          <w:b/>
        </w:rPr>
        <w:t xml:space="preserve">  [1]</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Financial forecasts, such as a cash-flow forecast.</w:t>
            </w:r>
            <w:r>
              <w:rPr>
                <w:b/>
                <w:color w:val="2F6FB5"/>
                <w:sz w:val="16"/>
              </w:rPr>
              <w:t xml:space="preserve"> [k]</w:t>
            </w:r>
            <w:r>
              <w:rPr>
                <w:sz w:val="21"/>
              </w:rPr>
              <w:t xml:space="preserve"> (1 mark)</w:t>
            </w:r>
          </w:p>
        </w:tc>
      </w:tr>
    </w:tbl>
    <w:p/>
    <w:p>
      <w:pPr>
        <w:spacing w:after="40"/>
      </w:pPr>
      <w:r>
        <w:rPr>
          <w:b/>
          <w:i w:val="0"/>
          <w:sz w:val="22"/>
        </w:rPr>
        <w:t>2(a)(ii)  Explain the term opportunity cost (line 4).</w:t>
      </w:r>
      <w:r>
        <w:rPr>
          <w:b/>
        </w:rPr>
        <w:t xml:space="preserve">  [3]</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Opportunity cost is the benefit of the next best alternative given up when a choice is made.</w:t>
            </w:r>
            <w:r>
              <w:rPr>
                <w:b/>
                <w:color w:val="2F6FB5"/>
                <w:sz w:val="16"/>
              </w:rPr>
              <w:t xml:space="preserve"> [k]</w:t>
            </w:r>
            <w:r>
              <w:rPr>
                <w:sz w:val="21"/>
              </w:rPr>
              <w:t xml:space="preserve"> </w:t>
            </w:r>
            <w:r>
              <w:rPr>
                <w:color w:val="0E7C86"/>
                <w:sz w:val="21"/>
              </w:rPr>
              <w:t>If Rafi leaves his job to start RS, he gives up his $18 000 salary and the security of employment,</w:t>
            </w:r>
            <w:r>
              <w:rPr>
                <w:b/>
                <w:color w:val="0E7C86"/>
                <w:sz w:val="16"/>
              </w:rPr>
              <w:t xml:space="preserve"> [app]</w:t>
            </w:r>
            <w:r>
              <w:rPr>
                <w:sz w:val="21"/>
              </w:rPr>
              <w:t xml:space="preserve"> </w:t>
            </w:r>
            <w:r>
              <w:rPr>
                <w:color w:val="0E7C86"/>
                <w:sz w:val="21"/>
              </w:rPr>
              <w:t>and also the offer to lead a team developing his idea inside the company.</w:t>
            </w:r>
            <w:r>
              <w:rPr>
                <w:b/>
                <w:color w:val="0E7C86"/>
                <w:sz w:val="16"/>
              </w:rPr>
              <w:t xml:space="preserve"> [app]</w:t>
            </w:r>
            <w:r>
              <w:rPr>
                <w:i/>
                <w:color w:val="555555"/>
                <w:sz w:val="18"/>
              </w:rPr>
              <w:t xml:space="preserve"> (3 marks: AO1 1 + AO2 2)</w:t>
            </w:r>
          </w:p>
        </w:tc>
      </w:tr>
    </w:tbl>
    <w:p/>
    <w:p>
      <w:pPr>
        <w:spacing w:after="40"/>
      </w:pPr>
      <w:r>
        <w:rPr>
          <w:b/>
          <w:i w:val="0"/>
          <w:sz w:val="22"/>
        </w:rPr>
        <w:t>2(b)(i)  Refer to Table 2.1. Calculate RS’s forecast profit for year 1.</w:t>
      </w:r>
      <w:r>
        <w:rPr>
          <w:b/>
        </w:rPr>
        <w:t xml:space="preserve">  [3]</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sz w:val="21"/>
              </w:rPr>
              <w:t>Revenue = 60 × $2 500 = $150 000</w:t>
            </w:r>
          </w:p>
          <w:p>
            <w:pPr>
              <w:spacing w:after="60"/>
            </w:pPr>
            <w:r>
              <w:rPr>
                <w:sz w:val="21"/>
              </w:rPr>
              <w:t>Costs = (60 × $1 400) + $30 000 + $16 000 = $130 000</w:t>
            </w:r>
          </w:p>
          <w:p>
            <w:pPr>
              <w:spacing w:after="60"/>
            </w:pPr>
            <w:r>
              <w:rPr>
                <w:sz w:val="21"/>
              </w:rPr>
              <w:t xml:space="preserve">Forecast profit = $150 000 − $130 000 = </w:t>
            </w:r>
            <w:r>
              <w:rPr>
                <w:color w:val="2F6FB5"/>
                <w:sz w:val="21"/>
              </w:rPr>
              <w:t>$20 000</w:t>
            </w:r>
            <w:r>
              <w:rPr>
                <w:b/>
                <w:color w:val="2F6FB5"/>
                <w:sz w:val="16"/>
              </w:rPr>
              <w:t xml:space="preserve"> [k]</w:t>
            </w:r>
            <w:r>
              <w:rPr>
                <w:i/>
                <w:color w:val="555555"/>
                <w:sz w:val="18"/>
              </w:rPr>
              <w:t xml:space="preserve"> (3 marks)</w:t>
            </w:r>
          </w:p>
        </w:tc>
      </w:tr>
    </w:tbl>
    <w:p/>
    <w:p>
      <w:pPr>
        <w:spacing w:after="40"/>
      </w:pPr>
      <w:r>
        <w:rPr>
          <w:b/>
          <w:i w:val="0"/>
          <w:sz w:val="22"/>
        </w:rPr>
        <w:t>2(b)(ii)  Explain one difference between risk and uncertainty for RS.</w:t>
      </w:r>
      <w:r>
        <w:rPr>
          <w:b/>
        </w:rPr>
        <w:t xml:space="preserve">  [3]</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Risk can be measured, while uncertainty cannot.</w:t>
            </w:r>
            <w:r>
              <w:rPr>
                <w:b/>
                <w:color w:val="2F6FB5"/>
                <w:sz w:val="16"/>
              </w:rPr>
              <w:t xml:space="preserve"> [k]</w:t>
            </w:r>
            <w:r>
              <w:rPr>
                <w:sz w:val="21"/>
              </w:rPr>
              <w:t xml:space="preserve"> </w:t>
            </w:r>
            <w:r>
              <w:rPr>
                <w:color w:val="0E7C86"/>
                <w:sz w:val="21"/>
              </w:rPr>
              <w:t>Rafi can estimate the chance of his van breaking down and insure against it, which is a risk,</w:t>
            </w:r>
            <w:r>
              <w:rPr>
                <w:b/>
                <w:color w:val="0E7C86"/>
                <w:sz w:val="16"/>
              </w:rPr>
              <w:t xml:space="preserve"> [app]</w:t>
            </w:r>
            <w:r>
              <w:rPr>
                <w:sz w:val="21"/>
              </w:rPr>
              <w:t xml:space="preserve"> </w:t>
            </w:r>
            <w:r>
              <w:rPr>
                <w:color w:val="0E7C86"/>
                <w:sz w:val="21"/>
              </w:rPr>
              <w:t>but he cannot measure whether the government will end its solar grant, which is uncertainty and could suddenly reduce demand.</w:t>
            </w:r>
            <w:r>
              <w:rPr>
                <w:b/>
                <w:color w:val="0E7C86"/>
                <w:sz w:val="16"/>
              </w:rPr>
              <w:t xml:space="preserve"> [app]</w:t>
            </w:r>
            <w:r>
              <w:rPr>
                <w:i/>
                <w:color w:val="555555"/>
                <w:sz w:val="18"/>
              </w:rPr>
              <w:t xml:space="preserve"> (3 marks: AO1 1 + AO2 2)</w:t>
            </w:r>
          </w:p>
        </w:tc>
      </w:tr>
    </w:tbl>
    <w:p/>
    <w:p>
      <w:pPr>
        <w:spacing w:after="40"/>
      </w:pPr>
      <w:r>
        <w:rPr>
          <w:b/>
          <w:i w:val="0"/>
          <w:sz w:val="22"/>
        </w:rPr>
        <w:t>2(c)  Analyse one benefit and one limitation to Rafi of using a business plan when setting up RS.</w:t>
      </w:r>
      <w:r>
        <w:rPr>
          <w:b/>
        </w:rPr>
        <w:t xml:space="preserve">  [8]</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sz w:val="21"/>
              </w:rPr>
              <w:t xml:space="preserve">Benefit: </w:t>
            </w:r>
            <w:r>
              <w:rPr>
                <w:color w:val="2F6FB5"/>
                <w:sz w:val="21"/>
              </w:rPr>
              <w:t>A business plan helps Rafi obtain finance.</w:t>
            </w:r>
            <w:r>
              <w:rPr>
                <w:b/>
                <w:color w:val="2F6FB5"/>
                <w:sz w:val="16"/>
              </w:rPr>
              <w:t xml:space="preserve"> [k]</w:t>
            </w:r>
            <w:r>
              <w:rPr>
                <w:sz w:val="21"/>
              </w:rPr>
              <w:t xml:space="preserve"> </w:t>
            </w:r>
            <w:r>
              <w:rPr>
                <w:color w:val="0E7C86"/>
                <w:sz w:val="21"/>
              </w:rPr>
              <w:t>The bank has asked for a plan before lending him the $25 000 for a van and tools.</w:t>
            </w:r>
            <w:r>
              <w:rPr>
                <w:b/>
                <w:color w:val="0E7C86"/>
                <w:sz w:val="16"/>
              </w:rPr>
              <w:t xml:space="preserve"> [app]</w:t>
            </w:r>
            <w:r>
              <w:rPr>
                <w:sz w:val="21"/>
              </w:rPr>
              <w:t xml:space="preserve"> </w:t>
            </w:r>
            <w:r>
              <w:rPr>
                <w:color w:val="B77D0B"/>
                <w:sz w:val="21"/>
              </w:rPr>
              <w:t>A plan showing forecast revenue of $150 000 and profit of $20 000 gives the bank evidence that the loan can be repaid,</w:t>
            </w:r>
            <w:r>
              <w:rPr>
                <w:b/>
                <w:color w:val="B77D0B"/>
                <w:sz w:val="16"/>
              </w:rPr>
              <w:t xml:space="preserve"> [an]</w:t>
            </w:r>
            <w:r>
              <w:rPr>
                <w:sz w:val="21"/>
              </w:rPr>
              <w:t xml:space="preserve"> </w:t>
            </w:r>
            <w:r>
              <w:rPr>
                <w:color w:val="B77D0B"/>
                <w:sz w:val="21"/>
              </w:rPr>
              <w:t>so without it RS might not be able to start at all.</w:t>
            </w:r>
            <w:r>
              <w:rPr>
                <w:b/>
                <w:color w:val="B77D0B"/>
                <w:sz w:val="16"/>
              </w:rPr>
              <w:t xml:space="preserve"> [an]</w:t>
            </w:r>
          </w:p>
          <w:p>
            <w:pPr>
              <w:spacing w:after="60"/>
            </w:pPr>
            <w:r>
              <w:rPr>
                <w:sz w:val="21"/>
              </w:rPr>
              <w:t xml:space="preserve">Limitation: </w:t>
            </w:r>
            <w:r>
              <w:rPr>
                <w:color w:val="2F6FB5"/>
                <w:sz w:val="21"/>
              </w:rPr>
              <w:t>The forecasts in the plan may be inaccurate.</w:t>
            </w:r>
            <w:r>
              <w:rPr>
                <w:b/>
                <w:color w:val="2F6FB5"/>
                <w:sz w:val="16"/>
              </w:rPr>
              <w:t xml:space="preserve"> [k]</w:t>
            </w:r>
            <w:r>
              <w:rPr>
                <w:sz w:val="21"/>
              </w:rPr>
              <w:t xml:space="preserve"> </w:t>
            </w:r>
            <w:r>
              <w:rPr>
                <w:color w:val="0E7C86"/>
                <w:sz w:val="21"/>
              </w:rPr>
              <w:t>Rafi has no experience of managing a business, and the government may end the grant for solar panels.</w:t>
            </w:r>
            <w:r>
              <w:rPr>
                <w:b/>
                <w:color w:val="0E7C86"/>
                <w:sz w:val="16"/>
              </w:rPr>
              <w:t xml:space="preserve"> [app]</w:t>
            </w:r>
            <w:r>
              <w:rPr>
                <w:sz w:val="21"/>
              </w:rPr>
              <w:t xml:space="preserve"> </w:t>
            </w:r>
            <w:r>
              <w:rPr>
                <w:color w:val="B77D0B"/>
                <w:sz w:val="21"/>
              </w:rPr>
              <w:t>If demand falls, he may complete far fewer than 60 installations, and because the forecast profit of $20 000 is close to his current salary,</w:t>
            </w:r>
            <w:r>
              <w:rPr>
                <w:b/>
                <w:color w:val="B77D0B"/>
                <w:sz w:val="16"/>
              </w:rPr>
              <w:t xml:space="preserve"> [an]</w:t>
            </w:r>
            <w:r>
              <w:rPr>
                <w:sz w:val="21"/>
              </w:rPr>
              <w:t xml:space="preserve"> </w:t>
            </w:r>
            <w:r>
              <w:rPr>
                <w:color w:val="B77D0B"/>
                <w:sz w:val="21"/>
              </w:rPr>
              <w:t>a small shortfall would leave him earning less than in his job and struggling to repay the loan.</w:t>
            </w:r>
            <w:r>
              <w:rPr>
                <w:b/>
                <w:color w:val="B77D0B"/>
                <w:sz w:val="16"/>
              </w:rPr>
              <w:t xml:space="preserve"> [an]</w:t>
            </w:r>
          </w:p>
          <w:p>
            <w:pPr>
              <w:spacing w:after="60"/>
            </w:pPr>
            <w:r>
              <w:rPr>
                <w:i/>
                <w:color w:val="555555"/>
                <w:sz w:val="18"/>
              </w:rPr>
              <w:t>(8 marks: AO1 2 + AO2 2 + AO3 4)</w:t>
            </w:r>
          </w:p>
        </w:tc>
      </w:tr>
    </w:tbl>
    <w:p/>
    <w:p>
      <w:pPr>
        <w:spacing w:after="40"/>
      </w:pPr>
      <w:r>
        <w:rPr>
          <w:b/>
          <w:i w:val="0"/>
          <w:sz w:val="22"/>
        </w:rPr>
        <w:t>2(d)  Evaluate the most important barrier Rafi faces in starting RS.</w:t>
      </w:r>
      <w:r>
        <w:rPr>
          <w:b/>
        </w:rPr>
        <w:t xml:space="preserve">  [12]</w:t>
      </w:r>
    </w:p>
    <w:tbl>
      <w:tblPr>
        <w:tblW w:type="auto" w:w="0"/>
        <w:tblLook w:firstColumn="1" w:firstRow="1" w:lastColumn="0" w:lastRow="0" w:noHBand="0" w:noVBand="1" w:val="04A0"/>
      </w:tblPr>
      <w:tblGrid>
        <w:gridCol w:w="9746"/>
      </w:tblGrid>
      <w:tr>
        <w:tc>
          <w:tcPr>
            <w:tcW w:type="dxa" w:w="9746"/>
            <w:shd w:val="clear" w:fill="F2F6F9"/>
          </w:tcPr>
          <w:p>
            <w:pPr>
              <w:spacing w:after="60"/>
            </w:pPr>
            <w:r/>
            <w:r>
              <w:rPr>
                <w:b/>
                <w:color w:val="555555"/>
                <w:sz w:val="17"/>
              </w:rPr>
              <w:t xml:space="preserve">MODEL ANSWER  </w:t>
            </w:r>
            <w:r>
              <w:rPr>
                <w:color w:val="2F6FB5"/>
                <w:sz w:val="21"/>
              </w:rPr>
              <w:t>One barrier is a lack of finance.</w:t>
            </w:r>
            <w:r>
              <w:rPr>
                <w:b/>
                <w:color w:val="2F6FB5"/>
                <w:sz w:val="16"/>
              </w:rPr>
              <w:t xml:space="preserve"> [k]</w:t>
            </w:r>
            <w:r>
              <w:rPr>
                <w:sz w:val="21"/>
              </w:rPr>
              <w:t xml:space="preserve"> </w:t>
            </w:r>
            <w:r>
              <w:rPr>
                <w:color w:val="0E7C86"/>
                <w:sz w:val="21"/>
              </w:rPr>
              <w:t>Rafi needs a $25 000 loan and the bank will only lend if his business plan is convincing.</w:t>
            </w:r>
            <w:r>
              <w:rPr>
                <w:b/>
                <w:color w:val="0E7C86"/>
                <w:sz w:val="16"/>
              </w:rPr>
              <w:t xml:space="preserve"> [app]</w:t>
            </w:r>
            <w:r>
              <w:rPr>
                <w:sz w:val="21"/>
              </w:rPr>
              <w:t xml:space="preserve"> </w:t>
            </w:r>
            <w:r>
              <w:rPr>
                <w:color w:val="B77D0B"/>
                <w:sz w:val="21"/>
              </w:rPr>
              <w:t>Without the van and tools he cannot start, so finance is a barrier that must be overcome first; a strong plan showing $20 000 forecast profit may be enough to remove it.</w:t>
            </w:r>
            <w:r>
              <w:rPr>
                <w:b/>
                <w:color w:val="B77D0B"/>
                <w:sz w:val="16"/>
              </w:rPr>
              <w:t xml:space="preserve"> [an]</w:t>
            </w:r>
          </w:p>
          <w:p>
            <w:pPr>
              <w:spacing w:after="60"/>
            </w:pPr>
            <w:r>
              <w:rPr>
                <w:color w:val="2F6FB5"/>
                <w:sz w:val="21"/>
              </w:rPr>
              <w:t>A second barrier is his lack of management and financial skills.</w:t>
            </w:r>
            <w:r>
              <w:rPr>
                <w:b/>
                <w:color w:val="2F6FB5"/>
                <w:sz w:val="16"/>
              </w:rPr>
              <w:t xml:space="preserve"> [k]</w:t>
            </w:r>
            <w:r>
              <w:rPr>
                <w:sz w:val="21"/>
              </w:rPr>
              <w:t xml:space="preserve"> </w:t>
            </w:r>
            <w:r>
              <w:rPr>
                <w:color w:val="0E7C86"/>
                <w:sz w:val="21"/>
              </w:rPr>
              <w:t>Rafi is an engineer with no experience of managing a business or its finances.</w:t>
            </w:r>
            <w:r>
              <w:rPr>
                <w:b/>
                <w:color w:val="0E7C86"/>
                <w:sz w:val="16"/>
              </w:rPr>
              <w:t xml:space="preserve"> [app]</w:t>
            </w:r>
            <w:r>
              <w:rPr>
                <w:sz w:val="21"/>
              </w:rPr>
              <w:t xml:space="preserve"> </w:t>
            </w:r>
            <w:r>
              <w:rPr>
                <w:color w:val="B77D0B"/>
                <w:sz w:val="21"/>
              </w:rPr>
              <w:t>He may underprice installations or fail to control cash, so even with a loan, RS could fail in its first year.</w:t>
            </w:r>
            <w:r>
              <w:rPr>
                <w:b/>
                <w:color w:val="B77D0B"/>
                <w:sz w:val="16"/>
              </w:rPr>
              <w:t xml:space="preserve"> [an]</w:t>
            </w:r>
          </w:p>
          <w:p>
            <w:pPr>
              <w:spacing w:after="60"/>
            </w:pPr>
            <w:r>
              <w:rPr>
                <w:color w:val="2F6FB5"/>
                <w:sz w:val="21"/>
              </w:rPr>
              <w:t>There is also uncertainty about demand,</w:t>
            </w:r>
            <w:r>
              <w:rPr>
                <w:b/>
                <w:color w:val="2F6FB5"/>
                <w:sz w:val="16"/>
              </w:rPr>
              <w:t xml:space="preserve"> [k]</w:t>
            </w:r>
            <w:r>
              <w:rPr>
                <w:sz w:val="21"/>
              </w:rPr>
              <w:t xml:space="preserve"> </w:t>
            </w:r>
            <w:r>
              <w:rPr>
                <w:color w:val="0E7C86"/>
                <w:sz w:val="21"/>
              </w:rPr>
              <w:t>because the government may end its grant for businesses that buy solar panels,</w:t>
            </w:r>
            <w:r>
              <w:rPr>
                <w:b/>
                <w:color w:val="0E7C86"/>
                <w:sz w:val="16"/>
              </w:rPr>
              <w:t xml:space="preserve"> [app]</w:t>
            </w:r>
            <w:r>
              <w:rPr>
                <w:sz w:val="21"/>
              </w:rPr>
              <w:t xml:space="preserve"> </w:t>
            </w:r>
            <w:r>
              <w:rPr>
                <w:color w:val="B77D0B"/>
                <w:sz w:val="21"/>
              </w:rPr>
              <w:t>which could cut the number of installations below 60 and make the forecast profit disappear.</w:t>
            </w:r>
            <w:r>
              <w:rPr>
                <w:b/>
                <w:color w:val="B77D0B"/>
                <w:sz w:val="16"/>
              </w:rPr>
              <w:t xml:space="preserve"> [an]</w:t>
            </w:r>
          </w:p>
          <w:p>
            <w:pPr>
              <w:spacing w:after="60"/>
            </w:pPr>
            <w:r>
              <w:rPr>
                <w:color w:val="2E8B57"/>
                <w:sz w:val="21"/>
              </w:rPr>
              <w:t>The most important barrier is the possible end of the government grant, because it is outside Rafi’s control and could remove the demand on which the whole plan depends.</w:t>
            </w:r>
            <w:r>
              <w:rPr>
                <w:b/>
                <w:color w:val="2E8B57"/>
                <w:sz w:val="16"/>
              </w:rPr>
              <w:t xml:space="preserve"> [eval]</w:t>
            </w:r>
            <w:r>
              <w:rPr>
                <w:sz w:val="21"/>
              </w:rPr>
              <w:t xml:space="preserve"> </w:t>
            </w:r>
            <w:r>
              <w:rPr>
                <w:color w:val="2E8B57"/>
                <w:sz w:val="21"/>
              </w:rPr>
              <w:t>Finance and skills can be solved, through a good plan, training or hiring an accountant, but no plan can fix a sudden fall in demand.</w:t>
            </w:r>
            <w:r>
              <w:rPr>
                <w:b/>
                <w:color w:val="2E8B57"/>
                <w:sz w:val="16"/>
              </w:rPr>
              <w:t xml:space="preserve"> [eval]</w:t>
            </w:r>
            <w:r>
              <w:rPr>
                <w:sz w:val="21"/>
              </w:rPr>
              <w:t xml:space="preserve"> </w:t>
            </w:r>
            <w:r>
              <w:rPr>
                <w:color w:val="2E8B57"/>
                <w:sz w:val="21"/>
              </w:rPr>
              <w:t>It depends on how much small shops value solar panels without a grant; if Rafi cannot find evidence of this, the intrapreneur role offered by his employer may be the better choice, as it lets him develop the idea without risking his savings.</w:t>
            </w:r>
            <w:r>
              <w:rPr>
                <w:b/>
                <w:color w:val="2E8B57"/>
                <w:sz w:val="16"/>
              </w:rPr>
              <w:t xml:space="preserve"> [eval]</w:t>
            </w:r>
          </w:p>
          <w:p>
            <w:pPr>
              <w:spacing w:after="60"/>
            </w:pPr>
            <w:r>
              <w:rPr>
                <w:i/>
                <w:color w:val="555555"/>
                <w:sz w:val="18"/>
              </w:rPr>
              <w:t>(12 marks: AO1 2 + AO2 2 + AO3 2 + AO4 6)</w:t>
            </w:r>
          </w:p>
        </w:tc>
      </w:tr>
    </w:tbl>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Cambridge International AS &amp; A Level Business 9609 · Chapter 1 · © Moaz Tariq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